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1458C" w14:textId="77777777" w:rsidR="0099490B" w:rsidRPr="00566A55" w:rsidRDefault="00000000">
      <w:pPr>
        <w:spacing w:before="120" w:after="20"/>
        <w:jc w:val="center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8"/>
          <w:lang w:val="pl-PL"/>
        </w:rPr>
        <w:t>WNIOSEK PRZEDSIĘBIORCY / OSOBY FIZYCZNEJ</w:t>
      </w:r>
    </w:p>
    <w:p w14:paraId="6CD5BCC9" w14:textId="77777777" w:rsidR="0099490B" w:rsidRPr="00566A55" w:rsidRDefault="00000000">
      <w:pPr>
        <w:spacing w:after="0"/>
        <w:jc w:val="center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8"/>
          <w:lang w:val="pl-PL"/>
        </w:rPr>
        <w:t>O ŚWIADCZENIE USŁUG</w:t>
      </w:r>
    </w:p>
    <w:p w14:paraId="5EB85C4F" w14:textId="77777777" w:rsidR="0099490B" w:rsidRPr="00566A55" w:rsidRDefault="00000000">
      <w:pPr>
        <w:spacing w:after="20"/>
        <w:jc w:val="center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3"/>
          <w:lang w:val="pl-PL"/>
        </w:rPr>
        <w:t>PRZEZ MAŁOPOLSKĄ AGENCJĘ ROZWOJU REGIONALNEGO S.A.</w:t>
      </w:r>
    </w:p>
    <w:p w14:paraId="61BA351D" w14:textId="77777777" w:rsidR="0099490B" w:rsidRPr="00566A55" w:rsidRDefault="0099490B">
      <w:pPr>
        <w:pBdr>
          <w:bottom w:val="single" w:sz="16" w:space="1" w:color="F58220"/>
        </w:pBdr>
        <w:spacing w:before="20" w:after="100"/>
        <w:rPr>
          <w:rFonts w:asciiTheme="majorHAnsi" w:hAnsiTheme="majorHAnsi" w:cstheme="majorHAnsi"/>
          <w:lang w:val="pl-PL"/>
        </w:rPr>
      </w:pPr>
    </w:p>
    <w:p w14:paraId="3F948163" w14:textId="77777777" w:rsidR="0099490B" w:rsidRPr="00566A55" w:rsidRDefault="00000000">
      <w:pPr>
        <w:keepNext/>
        <w:shd w:val="clear" w:color="auto" w:fill="444444"/>
        <w:spacing w:before="80"/>
        <w:ind w:left="85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FFFFFF"/>
          <w:lang w:val="pl-PL"/>
        </w:rPr>
        <w:t>1. DANE WNIOSKODAWCY</w:t>
      </w:r>
    </w:p>
    <w:p w14:paraId="3F34835D" w14:textId="77777777" w:rsidR="0099490B" w:rsidRPr="00566A55" w:rsidRDefault="00000000">
      <w:pPr>
        <w:spacing w:after="8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000000"/>
          <w:sz w:val="20"/>
          <w:lang w:val="pl-PL"/>
        </w:rPr>
        <w:t xml:space="preserve">Status Wnioskodawcy:   </w:t>
      </w:r>
      <w:r w:rsidRPr="00566A55">
        <w:rPr>
          <w:rFonts w:ascii="Segoe UI Symbol" w:eastAsia="Arial" w:hAnsi="Segoe UI Symbol" w:cs="Segoe UI Symbol"/>
          <w:color w:val="000000"/>
          <w:sz w:val="20"/>
          <w:lang w:val="pl-PL"/>
        </w:rPr>
        <w:t>☐</w:t>
      </w:r>
      <w:r w:rsidRPr="00566A55">
        <w:rPr>
          <w:rFonts w:asciiTheme="majorHAnsi" w:eastAsia="Arial" w:hAnsiTheme="majorHAnsi" w:cstheme="majorHAnsi"/>
          <w:color w:val="000000"/>
          <w:sz w:val="20"/>
          <w:lang w:val="pl-PL"/>
        </w:rPr>
        <w:t xml:space="preserve"> osoba fizyczna nieprowadząca działalności gospodarczej     </w:t>
      </w:r>
      <w:r w:rsidRPr="00566A55">
        <w:rPr>
          <w:rFonts w:ascii="Segoe UI Symbol" w:eastAsia="Arial" w:hAnsi="Segoe UI Symbol" w:cs="Segoe UI Symbol"/>
          <w:color w:val="000000"/>
          <w:sz w:val="20"/>
          <w:lang w:val="pl-PL"/>
        </w:rPr>
        <w:t>☐</w:t>
      </w:r>
      <w:r w:rsidRPr="00566A55">
        <w:rPr>
          <w:rFonts w:asciiTheme="majorHAnsi" w:eastAsia="Arial" w:hAnsiTheme="majorHAnsi" w:cstheme="majorHAnsi"/>
          <w:color w:val="000000"/>
          <w:sz w:val="20"/>
          <w:lang w:val="pl-PL"/>
        </w:rPr>
        <w:t xml:space="preserve"> przedsi</w:t>
      </w:r>
      <w:r w:rsidRPr="00566A55">
        <w:rPr>
          <w:rFonts w:ascii="Calibri" w:eastAsia="Arial" w:hAnsi="Calibri" w:cs="Calibri"/>
          <w:color w:val="000000"/>
          <w:sz w:val="20"/>
          <w:lang w:val="pl-PL"/>
        </w:rPr>
        <w:t>ę</w:t>
      </w:r>
      <w:r w:rsidRPr="00566A55">
        <w:rPr>
          <w:rFonts w:asciiTheme="majorHAnsi" w:eastAsia="Arial" w:hAnsiTheme="majorHAnsi" w:cstheme="majorHAnsi"/>
          <w:color w:val="000000"/>
          <w:sz w:val="20"/>
          <w:lang w:val="pl-PL"/>
        </w:rPr>
        <w:t>biorca / inny podmiot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8"/>
        <w:gridCol w:w="5839"/>
      </w:tblGrid>
      <w:tr w:rsidR="0099490B" w:rsidRPr="00566A55" w14:paraId="366F7213" w14:textId="77777777">
        <w:trPr>
          <w:trHeight w:val="442"/>
          <w:jc w:val="center"/>
        </w:trPr>
        <w:tc>
          <w:tcPr>
            <w:tcW w:w="39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05CCD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  <w:lang w:val="pl-PL"/>
              </w:rPr>
            </w:pPr>
            <w:r w:rsidRPr="00566A55">
              <w:rPr>
                <w:rFonts w:asciiTheme="majorHAnsi" w:eastAsia="Arial" w:hAnsiTheme="majorHAnsi" w:cstheme="majorHAnsi"/>
                <w:b/>
                <w:color w:val="444444"/>
                <w:sz w:val="19"/>
                <w:lang w:val="pl-PL"/>
              </w:rPr>
              <w:t>Imię i nazwisko / pełna nazwa przedsiębiorcy</w:t>
            </w:r>
          </w:p>
        </w:tc>
        <w:tc>
          <w:tcPr>
            <w:tcW w:w="58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51265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color w:val="6B6B6B"/>
                <w:sz w:val="20"/>
              </w:rPr>
              <w:t>................................................................................................</w:t>
            </w:r>
          </w:p>
        </w:tc>
      </w:tr>
      <w:tr w:rsidR="0099490B" w:rsidRPr="00566A55" w14:paraId="452B94E7" w14:textId="77777777">
        <w:trPr>
          <w:trHeight w:val="397"/>
          <w:jc w:val="center"/>
        </w:trPr>
        <w:tc>
          <w:tcPr>
            <w:tcW w:w="39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82462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b/>
                <w:color w:val="444444"/>
                <w:sz w:val="19"/>
              </w:rPr>
              <w:t>NIP (jeśli dotyczy)</w:t>
            </w:r>
          </w:p>
        </w:tc>
        <w:tc>
          <w:tcPr>
            <w:tcW w:w="58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8A981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color w:val="6B6B6B"/>
                <w:sz w:val="20"/>
              </w:rPr>
              <w:t>................................................................................................</w:t>
            </w:r>
          </w:p>
        </w:tc>
      </w:tr>
      <w:tr w:rsidR="0099490B" w:rsidRPr="00566A55" w14:paraId="1D8CC15D" w14:textId="77777777">
        <w:trPr>
          <w:trHeight w:val="442"/>
          <w:jc w:val="center"/>
        </w:trPr>
        <w:tc>
          <w:tcPr>
            <w:tcW w:w="39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C2FFF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b/>
                <w:color w:val="444444"/>
                <w:sz w:val="19"/>
              </w:rPr>
              <w:t>Adres zamieszkania / siedziby</w:t>
            </w:r>
          </w:p>
        </w:tc>
        <w:tc>
          <w:tcPr>
            <w:tcW w:w="58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A0773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color w:val="6B6B6B"/>
                <w:sz w:val="20"/>
              </w:rPr>
              <w:t>................................................................................................</w:t>
            </w:r>
          </w:p>
        </w:tc>
      </w:tr>
      <w:tr w:rsidR="0099490B" w:rsidRPr="00566A55" w14:paraId="32E6B74C" w14:textId="77777777">
        <w:trPr>
          <w:trHeight w:val="442"/>
          <w:jc w:val="center"/>
        </w:trPr>
        <w:tc>
          <w:tcPr>
            <w:tcW w:w="39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2C68E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  <w:lang w:val="pl-PL"/>
              </w:rPr>
            </w:pPr>
            <w:r w:rsidRPr="00566A55">
              <w:rPr>
                <w:rFonts w:asciiTheme="majorHAnsi" w:eastAsia="Arial" w:hAnsiTheme="majorHAnsi" w:cstheme="majorHAnsi"/>
                <w:b/>
                <w:color w:val="444444"/>
                <w:sz w:val="19"/>
                <w:lang w:val="pl-PL"/>
              </w:rPr>
              <w:t>Osoba do kontaktu / reprezentant (jeśli inna niż Wnioskodawca)</w:t>
            </w:r>
          </w:p>
        </w:tc>
        <w:tc>
          <w:tcPr>
            <w:tcW w:w="58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81127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color w:val="6B6B6B"/>
                <w:sz w:val="20"/>
              </w:rPr>
              <w:t>................................................................................................</w:t>
            </w:r>
          </w:p>
        </w:tc>
      </w:tr>
      <w:tr w:rsidR="0099490B" w:rsidRPr="00566A55" w14:paraId="45911B2C" w14:textId="77777777">
        <w:trPr>
          <w:trHeight w:val="397"/>
          <w:jc w:val="center"/>
        </w:trPr>
        <w:tc>
          <w:tcPr>
            <w:tcW w:w="39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12A5F1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b/>
                <w:color w:val="444444"/>
                <w:sz w:val="19"/>
              </w:rPr>
              <w:t>E-mail kontaktowy</w:t>
            </w:r>
          </w:p>
        </w:tc>
        <w:tc>
          <w:tcPr>
            <w:tcW w:w="58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4E564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color w:val="6B6B6B"/>
                <w:sz w:val="20"/>
              </w:rPr>
              <w:t>................................................................................................</w:t>
            </w:r>
          </w:p>
        </w:tc>
      </w:tr>
      <w:tr w:rsidR="0099490B" w:rsidRPr="00566A55" w14:paraId="5CA49D94" w14:textId="77777777">
        <w:trPr>
          <w:trHeight w:val="397"/>
          <w:jc w:val="center"/>
        </w:trPr>
        <w:tc>
          <w:tcPr>
            <w:tcW w:w="396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C4BC3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b/>
                <w:color w:val="444444"/>
                <w:sz w:val="19"/>
              </w:rPr>
              <w:t>Numer telefonu</w:t>
            </w:r>
          </w:p>
        </w:tc>
        <w:tc>
          <w:tcPr>
            <w:tcW w:w="58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35D71" w14:textId="77777777" w:rsidR="0099490B" w:rsidRPr="00566A5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color w:val="6B6B6B"/>
                <w:sz w:val="20"/>
              </w:rPr>
              <w:t>................................................................................................</w:t>
            </w:r>
          </w:p>
        </w:tc>
      </w:tr>
    </w:tbl>
    <w:p w14:paraId="323E1554" w14:textId="77777777" w:rsidR="0099490B" w:rsidRPr="00566A55" w:rsidRDefault="00000000">
      <w:pPr>
        <w:keepNext/>
        <w:shd w:val="clear" w:color="auto" w:fill="444444"/>
        <w:spacing w:before="80"/>
        <w:ind w:left="85"/>
        <w:rPr>
          <w:rFonts w:asciiTheme="majorHAnsi" w:hAnsiTheme="majorHAnsi" w:cstheme="majorHAnsi"/>
        </w:rPr>
      </w:pPr>
      <w:r w:rsidRPr="00566A55">
        <w:rPr>
          <w:rFonts w:asciiTheme="majorHAnsi" w:eastAsia="Arial" w:hAnsiTheme="majorHAnsi" w:cstheme="majorHAnsi"/>
          <w:b/>
          <w:color w:val="FFFFFF"/>
        </w:rPr>
        <w:t>2. RODZAJ WNIOSKOWANEJ USŁUGI / WSPARCIA</w:t>
      </w:r>
    </w:p>
    <w:p w14:paraId="12C4F3D6" w14:textId="77777777" w:rsidR="0099490B" w:rsidRPr="00566A55" w:rsidRDefault="00000000">
      <w:pPr>
        <w:spacing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i/>
          <w:color w:val="6B6B6B"/>
          <w:sz w:val="18"/>
          <w:lang w:val="pl-PL"/>
        </w:rPr>
        <w:t>Można zaznaczyć więcej niż jedną pozycję.</w:t>
      </w:r>
    </w:p>
    <w:p w14:paraId="28CB14B0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="Segoe UI Symbol" w:eastAsia="Arial" w:hAnsi="Segoe UI Symbol" w:cs="Segoe UI Symbol"/>
          <w:color w:val="000000"/>
          <w:sz w:val="19"/>
          <w:lang w:val="pl-PL"/>
        </w:rPr>
        <w:t>☐</w:t>
      </w:r>
      <w:r w:rsidRPr="00566A55">
        <w:rPr>
          <w:rFonts w:asciiTheme="majorHAnsi" w:eastAsia="Arial" w:hAnsiTheme="majorHAnsi" w:cstheme="majorHAnsi"/>
          <w:color w:val="000000"/>
          <w:sz w:val="19"/>
          <w:lang w:val="pl-PL"/>
        </w:rPr>
        <w:t xml:space="preserve"> Doradztwo w zakresie dostępnych źródeł dofinansowania</w:t>
      </w:r>
    </w:p>
    <w:p w14:paraId="11E56368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="Segoe UI Symbol" w:eastAsia="Arial" w:hAnsi="Segoe UI Symbol" w:cs="Segoe UI Symbol"/>
          <w:color w:val="000000"/>
          <w:sz w:val="19"/>
          <w:lang w:val="pl-PL"/>
        </w:rPr>
        <w:t>☐</w:t>
      </w:r>
      <w:r w:rsidRPr="00566A55">
        <w:rPr>
          <w:rFonts w:asciiTheme="majorHAnsi" w:eastAsia="Arial" w:hAnsiTheme="majorHAnsi" w:cstheme="majorHAnsi"/>
          <w:color w:val="000000"/>
          <w:sz w:val="19"/>
          <w:lang w:val="pl-PL"/>
        </w:rPr>
        <w:t xml:space="preserve"> Pomoc w przygotowaniu wniosku o dofinansowanie</w:t>
      </w:r>
    </w:p>
    <w:p w14:paraId="28233A7D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="Segoe UI Symbol" w:eastAsia="Arial" w:hAnsi="Segoe UI Symbol" w:cs="Segoe UI Symbol"/>
          <w:color w:val="000000"/>
          <w:sz w:val="19"/>
          <w:lang w:val="pl-PL"/>
        </w:rPr>
        <w:t>☐</w:t>
      </w:r>
      <w:r w:rsidRPr="00566A55">
        <w:rPr>
          <w:rFonts w:asciiTheme="majorHAnsi" w:eastAsia="Arial" w:hAnsiTheme="majorHAnsi" w:cstheme="majorHAnsi"/>
          <w:color w:val="000000"/>
          <w:sz w:val="19"/>
          <w:lang w:val="pl-PL"/>
        </w:rPr>
        <w:t xml:space="preserve"> Inwestycja / wejście kapitałowe MARR S.A.</w:t>
      </w:r>
    </w:p>
    <w:p w14:paraId="6A879F9B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="Segoe UI Symbol" w:eastAsia="Arial" w:hAnsi="Segoe UI Symbol" w:cs="Segoe UI Symbol"/>
          <w:color w:val="000000"/>
          <w:sz w:val="19"/>
          <w:lang w:val="pl-PL"/>
        </w:rPr>
        <w:t>☐</w:t>
      </w:r>
      <w:r w:rsidRPr="00566A55">
        <w:rPr>
          <w:rFonts w:asciiTheme="majorHAnsi" w:eastAsia="Arial" w:hAnsiTheme="majorHAnsi" w:cstheme="majorHAnsi"/>
          <w:color w:val="000000"/>
          <w:sz w:val="19"/>
          <w:lang w:val="pl-PL"/>
        </w:rPr>
        <w:t xml:space="preserve"> Pożyczka na działalność gospodarczą</w:t>
      </w:r>
    </w:p>
    <w:p w14:paraId="7002E11C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="Segoe UI Symbol" w:eastAsia="Arial" w:hAnsi="Segoe UI Symbol" w:cs="Segoe UI Symbol"/>
          <w:color w:val="000000"/>
          <w:sz w:val="19"/>
          <w:lang w:val="pl-PL"/>
        </w:rPr>
        <w:t>☐</w:t>
      </w:r>
      <w:r w:rsidRPr="00566A55">
        <w:rPr>
          <w:rFonts w:asciiTheme="majorHAnsi" w:eastAsia="Arial" w:hAnsiTheme="majorHAnsi" w:cstheme="majorHAnsi"/>
          <w:color w:val="000000"/>
          <w:sz w:val="19"/>
          <w:lang w:val="pl-PL"/>
        </w:rPr>
        <w:t xml:space="preserve"> Inne (jakie?): ..........................................................................................................................</w:t>
      </w:r>
    </w:p>
    <w:p w14:paraId="3982ED47" w14:textId="77777777" w:rsidR="0099490B" w:rsidRPr="00566A55" w:rsidRDefault="00000000">
      <w:pPr>
        <w:keepNext/>
        <w:shd w:val="clear" w:color="auto" w:fill="444444"/>
        <w:spacing w:before="80"/>
        <w:ind w:left="85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FFFFFF"/>
          <w:lang w:val="pl-PL"/>
        </w:rPr>
        <w:t>3. KRÓTKI OPIS DZIAŁALNOŚCI / PRZEDSIĘWZIĘCIA</w:t>
      </w:r>
    </w:p>
    <w:p w14:paraId="6ED58B3E" w14:textId="77777777" w:rsidR="0099490B" w:rsidRPr="00566A55" w:rsidRDefault="00000000">
      <w:pPr>
        <w:spacing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i/>
          <w:color w:val="6B6B6B"/>
          <w:sz w:val="18"/>
          <w:lang w:val="pl-PL"/>
        </w:rPr>
        <w:t>Proszę wskazać w szczególności: branżę, tytuł/cel przedsięwzięcia, planowany zakres oraz oczekiwany efekt wsparcia.</w:t>
      </w:r>
    </w:p>
    <w:p w14:paraId="114BAA2F" w14:textId="77777777" w:rsidR="0099490B" w:rsidRPr="00566A55" w:rsidRDefault="00000000">
      <w:pPr>
        <w:spacing w:after="8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6B6B6B"/>
          <w:sz w:val="19"/>
          <w:lang w:val="pl-PL"/>
        </w:rPr>
        <w:t>....................................................................................................................................................................................</w:t>
      </w:r>
    </w:p>
    <w:p w14:paraId="1ECC8CD7" w14:textId="77777777" w:rsidR="0099490B" w:rsidRPr="00566A55" w:rsidRDefault="00000000">
      <w:pPr>
        <w:spacing w:after="8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6B6B6B"/>
          <w:sz w:val="19"/>
          <w:lang w:val="pl-PL"/>
        </w:rPr>
        <w:t>....................................................................................................................................................................................</w:t>
      </w:r>
    </w:p>
    <w:p w14:paraId="2843DDB0" w14:textId="77777777" w:rsidR="0099490B" w:rsidRPr="00566A55" w:rsidRDefault="00000000">
      <w:pPr>
        <w:spacing w:after="8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6B6B6B"/>
          <w:sz w:val="19"/>
          <w:lang w:val="pl-PL"/>
        </w:rPr>
        <w:t>....................................................................................................................................................................................</w:t>
      </w:r>
    </w:p>
    <w:p w14:paraId="4E9C6AA6" w14:textId="77777777" w:rsidR="0099490B" w:rsidRPr="00566A55" w:rsidRDefault="00000000">
      <w:pPr>
        <w:keepNext/>
        <w:shd w:val="clear" w:color="auto" w:fill="444444"/>
        <w:spacing w:before="80"/>
        <w:ind w:left="85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FFFFFF"/>
          <w:lang w:val="pl-PL"/>
        </w:rPr>
        <w:t>4. OCHRONA DANYCH OSOBOWYCH</w:t>
      </w:r>
    </w:p>
    <w:p w14:paraId="61B4479B" w14:textId="77777777" w:rsidR="0099490B" w:rsidRPr="00566A55" w:rsidRDefault="00000000">
      <w:pPr>
        <w:spacing w:line="240" w:lineRule="auto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7"/>
          <w:lang w:val="pl-PL"/>
        </w:rPr>
        <w:t>Administratorem danych osobowych jest Małopolska Agencja Rozwoju Regionalnego S.A., ul. Kordylewskiego 11, 31-542 Kraków. Dane są przetwarzane w celu obsługi wniosku i – w razie podjęcia współpracy – przygotowania oraz realizacji usługi. Pełna Klauzula informacyjna – art. 13 RODO znajduje się na kolejnych stronach formularza.</w:t>
      </w:r>
    </w:p>
    <w:p w14:paraId="5C2BF553" w14:textId="77777777" w:rsidR="0099490B" w:rsidRPr="00566A55" w:rsidRDefault="00000000">
      <w:pPr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000000"/>
          <w:sz w:val="18"/>
          <w:lang w:val="pl-PL"/>
        </w:rPr>
        <w:t>Oświadczam, że otrzymałam/em i zapoznałam/em się z Klauzulą informacyjną dotyczącą przetwarzania danych osobowych.</w:t>
      </w:r>
    </w:p>
    <w:p w14:paraId="1D6F6033" w14:textId="77777777" w:rsidR="0099490B" w:rsidRPr="00566A55" w:rsidRDefault="00000000">
      <w:pPr>
        <w:keepNext/>
        <w:shd w:val="clear" w:color="auto" w:fill="444444"/>
        <w:spacing w:before="80"/>
        <w:ind w:left="85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FFFFFF"/>
          <w:lang w:val="pl-PL"/>
        </w:rPr>
        <w:t>5. ZGODY MARKETINGOWE – DOBROWOLNE</w:t>
      </w:r>
    </w:p>
    <w:p w14:paraId="54CA3F58" w14:textId="77777777" w:rsidR="0099490B" w:rsidRPr="00566A55" w:rsidRDefault="00000000">
      <w:pPr>
        <w:spacing w:after="40" w:line="240" w:lineRule="auto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7"/>
          <w:lang w:val="pl-PL"/>
        </w:rPr>
        <w:t>Poniższe zgody nie są warunkiem złożenia wniosku ani skorzystania z usługi. Wyrażam zgodę na przetwarzanie przez MARR S.A. moich danych kontaktowych w celu marketingu bezpośredniego własnych usług MARR S.A. (art. 6 ust. 1 lit. a RODO) oraz na wykorzystanie zaznaczonego kanału do przesyłania informacji handlowej, w tym marketingu bezpośredniego, zgodnie z art. 398 ustawy – Prawo komunikacji elektronicznej:</w:t>
      </w:r>
    </w:p>
    <w:p w14:paraId="6DED035C" w14:textId="77777777" w:rsidR="0099490B" w:rsidRPr="00566A55" w:rsidRDefault="00000000">
      <w:pPr>
        <w:spacing w:after="40"/>
        <w:rPr>
          <w:rFonts w:asciiTheme="majorHAnsi" w:hAnsiTheme="majorHAnsi" w:cstheme="majorHAnsi"/>
          <w:lang w:val="pl-PL"/>
        </w:rPr>
      </w:pPr>
      <w:r w:rsidRPr="00566A55">
        <w:rPr>
          <w:rFonts w:ascii="Segoe UI Symbol" w:eastAsia="Arial" w:hAnsi="Segoe UI Symbol" w:cs="Segoe UI Symbol"/>
          <w:b/>
          <w:color w:val="000000"/>
          <w:sz w:val="19"/>
          <w:lang w:val="pl-PL"/>
        </w:rPr>
        <w:t>☐</w:t>
      </w:r>
      <w:r w:rsidRPr="00566A55">
        <w:rPr>
          <w:rFonts w:asciiTheme="majorHAnsi" w:eastAsia="Arial" w:hAnsiTheme="majorHAnsi" w:cstheme="majorHAnsi"/>
          <w:b/>
          <w:color w:val="000000"/>
          <w:sz w:val="19"/>
          <w:lang w:val="pl-PL"/>
        </w:rPr>
        <w:t xml:space="preserve"> e-mail       </w:t>
      </w:r>
      <w:r w:rsidRPr="00566A55">
        <w:rPr>
          <w:rFonts w:ascii="Segoe UI Symbol" w:eastAsia="Arial" w:hAnsi="Segoe UI Symbol" w:cs="Segoe UI Symbol"/>
          <w:b/>
          <w:color w:val="000000"/>
          <w:sz w:val="19"/>
          <w:lang w:val="pl-PL"/>
        </w:rPr>
        <w:t>☐</w:t>
      </w:r>
      <w:r w:rsidRPr="00566A55">
        <w:rPr>
          <w:rFonts w:asciiTheme="majorHAnsi" w:eastAsia="Arial" w:hAnsiTheme="majorHAnsi" w:cstheme="majorHAnsi"/>
          <w:b/>
          <w:color w:val="000000"/>
          <w:sz w:val="19"/>
          <w:lang w:val="pl-PL"/>
        </w:rPr>
        <w:t xml:space="preserve"> wiadomo</w:t>
      </w:r>
      <w:r w:rsidRPr="00566A55">
        <w:rPr>
          <w:rFonts w:ascii="Calibri" w:eastAsia="Arial" w:hAnsi="Calibri" w:cs="Calibri"/>
          <w:b/>
          <w:color w:val="000000"/>
          <w:sz w:val="19"/>
          <w:lang w:val="pl-PL"/>
        </w:rPr>
        <w:t>ś</w:t>
      </w:r>
      <w:r w:rsidRPr="00566A55">
        <w:rPr>
          <w:rFonts w:asciiTheme="majorHAnsi" w:eastAsia="Arial" w:hAnsiTheme="majorHAnsi" w:cstheme="majorHAnsi"/>
          <w:b/>
          <w:color w:val="000000"/>
          <w:sz w:val="19"/>
          <w:lang w:val="pl-PL"/>
        </w:rPr>
        <w:t xml:space="preserve">ci SMS/MMS       </w:t>
      </w:r>
      <w:r w:rsidRPr="00566A55">
        <w:rPr>
          <w:rFonts w:ascii="Segoe UI Symbol" w:eastAsia="Arial" w:hAnsi="Segoe UI Symbol" w:cs="Segoe UI Symbol"/>
          <w:b/>
          <w:color w:val="000000"/>
          <w:sz w:val="19"/>
          <w:lang w:val="pl-PL"/>
        </w:rPr>
        <w:t>☐</w:t>
      </w:r>
      <w:r w:rsidRPr="00566A55">
        <w:rPr>
          <w:rFonts w:asciiTheme="majorHAnsi" w:eastAsia="Arial" w:hAnsiTheme="majorHAnsi" w:cstheme="majorHAnsi"/>
          <w:b/>
          <w:color w:val="000000"/>
          <w:sz w:val="19"/>
          <w:lang w:val="pl-PL"/>
        </w:rPr>
        <w:t xml:space="preserve"> rozmowy telefoniczne</w:t>
      </w:r>
    </w:p>
    <w:p w14:paraId="38A6CBF2" w14:textId="77777777" w:rsidR="0099490B" w:rsidRPr="00566A55" w:rsidRDefault="00000000">
      <w:pPr>
        <w:spacing w:after="8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i/>
          <w:color w:val="6B6B6B"/>
          <w:sz w:val="16"/>
          <w:lang w:val="pl-PL"/>
        </w:rPr>
        <w:t>Każdą zgodę można wycofać w dowolnym momencie; wycofanie nie wpływa na zgodność z prawem wcześniejszego przetwarzania.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8"/>
        <w:gridCol w:w="5159"/>
      </w:tblGrid>
      <w:tr w:rsidR="0099490B" w:rsidRPr="00566A55" w14:paraId="7E7CF219" w14:textId="77777777">
        <w:trPr>
          <w:jc w:val="center"/>
        </w:trPr>
        <w:tc>
          <w:tcPr>
            <w:tcW w:w="4648" w:type="dxa"/>
            <w:tcBorders>
              <w:bottom w:val="single" w:sz="6" w:space="0" w:color="B7B7B7"/>
            </w:tcBorders>
            <w:tcMar>
              <w:top w:w="70" w:type="dxa"/>
              <w:left w:w="100" w:type="dxa"/>
              <w:bottom w:w="40" w:type="dxa"/>
              <w:right w:w="100" w:type="dxa"/>
            </w:tcMar>
          </w:tcPr>
          <w:p w14:paraId="71EACF90" w14:textId="77777777" w:rsidR="0099490B" w:rsidRPr="00566A55" w:rsidRDefault="00000000">
            <w:pPr>
              <w:spacing w:after="20"/>
              <w:jc w:val="center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color w:val="6B6B6B"/>
                <w:sz w:val="18"/>
              </w:rPr>
              <w:t>............................................................</w:t>
            </w:r>
          </w:p>
          <w:p w14:paraId="5829C08C" w14:textId="77777777" w:rsidR="0099490B" w:rsidRPr="00566A55" w:rsidRDefault="0000000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566A55">
              <w:rPr>
                <w:rFonts w:asciiTheme="majorHAnsi" w:eastAsia="Arial" w:hAnsiTheme="majorHAnsi" w:cstheme="majorHAnsi"/>
                <w:i/>
                <w:color w:val="6B6B6B"/>
                <w:sz w:val="17"/>
              </w:rPr>
              <w:t>miejscowość, data</w:t>
            </w:r>
          </w:p>
        </w:tc>
        <w:tc>
          <w:tcPr>
            <w:tcW w:w="5159" w:type="dxa"/>
            <w:tcBorders>
              <w:bottom w:val="single" w:sz="6" w:space="0" w:color="B7B7B7"/>
            </w:tcBorders>
            <w:tcMar>
              <w:top w:w="70" w:type="dxa"/>
              <w:left w:w="100" w:type="dxa"/>
              <w:bottom w:w="40" w:type="dxa"/>
              <w:right w:w="100" w:type="dxa"/>
            </w:tcMar>
          </w:tcPr>
          <w:p w14:paraId="54CC90CD" w14:textId="77777777" w:rsidR="0099490B" w:rsidRPr="00566A55" w:rsidRDefault="00000000">
            <w:pPr>
              <w:spacing w:after="20"/>
              <w:jc w:val="center"/>
              <w:rPr>
                <w:rFonts w:asciiTheme="majorHAnsi" w:hAnsiTheme="majorHAnsi" w:cstheme="majorHAnsi"/>
                <w:lang w:val="pl-PL"/>
              </w:rPr>
            </w:pPr>
            <w:r w:rsidRPr="00566A55">
              <w:rPr>
                <w:rFonts w:asciiTheme="majorHAnsi" w:eastAsia="Arial" w:hAnsiTheme="majorHAnsi" w:cstheme="majorHAnsi"/>
                <w:color w:val="6B6B6B"/>
                <w:sz w:val="18"/>
                <w:lang w:val="pl-PL"/>
              </w:rPr>
              <w:t>............................................................</w:t>
            </w:r>
          </w:p>
          <w:p w14:paraId="46DBEF6D" w14:textId="77777777" w:rsidR="0099490B" w:rsidRPr="00566A55" w:rsidRDefault="00000000">
            <w:pPr>
              <w:spacing w:after="0"/>
              <w:jc w:val="center"/>
              <w:rPr>
                <w:rFonts w:asciiTheme="majorHAnsi" w:hAnsiTheme="majorHAnsi" w:cstheme="majorHAnsi"/>
                <w:lang w:val="pl-PL"/>
              </w:rPr>
            </w:pPr>
            <w:r w:rsidRPr="00566A55">
              <w:rPr>
                <w:rFonts w:asciiTheme="majorHAnsi" w:eastAsia="Arial" w:hAnsiTheme="majorHAnsi" w:cstheme="majorHAnsi"/>
                <w:i/>
                <w:color w:val="6B6B6B"/>
                <w:sz w:val="17"/>
                <w:lang w:val="pl-PL"/>
              </w:rPr>
              <w:t>czytelny podpis Wnioskodawcy / osoby uprawnionej</w:t>
            </w:r>
          </w:p>
        </w:tc>
      </w:tr>
    </w:tbl>
    <w:p w14:paraId="1A60B08E" w14:textId="77777777" w:rsidR="0099490B" w:rsidRPr="00566A55" w:rsidRDefault="00000000">
      <w:pPr>
        <w:rPr>
          <w:rFonts w:asciiTheme="majorHAnsi" w:hAnsiTheme="majorHAnsi" w:cstheme="majorHAnsi"/>
          <w:lang w:val="pl-PL"/>
        </w:rPr>
      </w:pPr>
      <w:r w:rsidRPr="00566A55">
        <w:rPr>
          <w:rFonts w:asciiTheme="majorHAnsi" w:hAnsiTheme="majorHAnsi" w:cstheme="majorHAnsi"/>
          <w:lang w:val="pl-PL"/>
        </w:rPr>
        <w:br w:type="page"/>
      </w:r>
    </w:p>
    <w:p w14:paraId="0A61FAA6" w14:textId="77777777" w:rsidR="0099490B" w:rsidRPr="00566A55" w:rsidRDefault="00000000">
      <w:pPr>
        <w:spacing w:before="140" w:after="40"/>
        <w:jc w:val="center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6"/>
          <w:lang w:val="pl-PL"/>
        </w:rPr>
        <w:lastRenderedPageBreak/>
        <w:t>KLAUZULA INFORMACYJNA – ART. 13 RODO</w:t>
      </w:r>
    </w:p>
    <w:p w14:paraId="6BD97B95" w14:textId="77777777" w:rsidR="0099490B" w:rsidRPr="00566A55" w:rsidRDefault="0099490B">
      <w:pPr>
        <w:pBdr>
          <w:bottom w:val="single" w:sz="16" w:space="1" w:color="F58220"/>
        </w:pBdr>
        <w:spacing w:before="20" w:after="100"/>
        <w:rPr>
          <w:rFonts w:asciiTheme="majorHAnsi" w:hAnsiTheme="majorHAnsi" w:cstheme="majorHAnsi"/>
          <w:lang w:val="pl-PL"/>
        </w:rPr>
      </w:pPr>
    </w:p>
    <w:p w14:paraId="1166F5B3" w14:textId="77777777" w:rsidR="0099490B" w:rsidRPr="00566A55" w:rsidRDefault="00000000">
      <w:pPr>
        <w:spacing w:after="10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9"/>
          <w:lang w:val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„RODO”), Małopolska Agencja Rozwoju Regionalnego S.A. przekazuje poniższe informacje dotyczące przetwarzania danych osobowych osób składających wniosek, prowadzących działalność gospodarczą oraz osób reprezentujących lub wskazanych do kontaktu przez przedsiębiorcę albo inny podmiot.</w:t>
      </w:r>
    </w:p>
    <w:p w14:paraId="35EC7D2A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1. Administrator danych osobowych</w:t>
      </w:r>
    </w:p>
    <w:p w14:paraId="4C8A8362" w14:textId="77777777" w:rsidR="0099490B" w:rsidRPr="00566A55" w:rsidRDefault="00000000">
      <w:pPr>
        <w:spacing w:after="80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9"/>
          <w:lang w:val="pl-PL"/>
        </w:rPr>
        <w:t>Administratorem Pani/Pana danych osobowych jest Małopolska Agencja Rozwoju Regionalnego S.A. z siedzibą w Krakowie, ul. Kordylewskiego 11, 31-542 Kraków, KRS: 0000033198, NIP: 6760058847, REGON: 350239017 (dalej: „MARR S.A.”).</w:t>
      </w:r>
    </w:p>
    <w:p w14:paraId="78DF193F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2. Inspektor ochrony danych</w:t>
      </w:r>
    </w:p>
    <w:p w14:paraId="21D86D24" w14:textId="77777777" w:rsidR="0099490B" w:rsidRPr="00566A55" w:rsidRDefault="00000000">
      <w:pPr>
        <w:spacing w:after="80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9"/>
          <w:lang w:val="pl-PL"/>
        </w:rPr>
        <w:t>MARR S.A. wyznaczyła Inspektora Ochrony Danych, z którym można kontaktować się we wszystkich sprawach dotyczących przetwarzania danych osobowych i korzystania z praw związanych z ich przetwarzaniem: listownie na adres MARR S.A. wskazany powyżej lub e-mailowo: iod@marr.pl.</w:t>
      </w:r>
    </w:p>
    <w:p w14:paraId="06DFBD3F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3. Cele i podstawy prawne przetwarzania</w:t>
      </w:r>
    </w:p>
    <w:p w14:paraId="506BD215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a) przyjęcia i rozpatrzenia wniosku, analizy potrzeb Wnioskodawcy, kontaktu w sprawie wniosku oraz podjęcia działań poprzedzających zawarcie umowy – na podstawie art. 6 ust. 1 lit. b RODO, jeżeli osoba, której dane dotyczą, jest stroną lub potencjalną stroną umowy;</w:t>
      </w:r>
    </w:p>
    <w:p w14:paraId="5367524F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b) obsługi kontaktu z osobami reprezentującymi przedsiębiorcę lub inny podmiot oraz z osobami wskazanymi do kontaktu, a także dokumentowania korespondencji i relacji biznesowej – na podstawie art. 6 ust. 1 lit. f RODO; prawnie uzasadnionym interesem MARR S.A. jest sprawna obsługa wniosków, komunikacja oraz dokumentowanie przebiegu współpracy;</w:t>
      </w:r>
    </w:p>
    <w:p w14:paraId="3DCD8301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c) zawarcia i wykonania umowy lub realizacji usługi – na podstawie art. 6 ust. 1 lit. b RODO w odniesieniu do danych osoby będącej stroną umowy oraz art. 6 ust. 1 lit. f RODO w odniesieniu do danych reprezentantów i osób kontaktowych;</w:t>
      </w:r>
    </w:p>
    <w:p w14:paraId="1027A332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d) wykonania obowiązków prawnych ciążących na MARR S.A. – na podstawie art. 6 ust. 1 lit. c RODO w związku z przepisami mającymi zastosowanie do danej usługi, w szczególności przepisami podatkowymi, rachunkowymi, dotyczącymi przeciwdziałania praniu pieniędzy i finansowaniu terroryzmu, pomocy publicznej/de minimis, finansowania ze środków publicznych lub obowiązków archiwizacyjnych – jeżeli dotyczą danej usługi;</w:t>
      </w:r>
    </w:p>
    <w:p w14:paraId="5BAC62DE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e) ustalenia, dochodzenia lub obrony przed roszczeniami oraz zapewnienia rozliczalności – na podstawie art. 6 ust. 1 lit. f RODO; prawnie uzasadnionym interesem MARR S.A. jest ochrona jej praw i możliwość wykazania prawidłowości podejmowanych działań;</w:t>
      </w:r>
    </w:p>
    <w:p w14:paraId="7F59D734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f) marketingu bezpośredniego własnych usług MARR S.A. – wyłącznie w przypadku udzielenia odpowiedniej zgody, na podstawie art. 6 ust. 1 lit. a RODO. Wykorzystanie e-maila, SMS/MMS lub telefonu do przesyłania informacji handlowej, w tym marketingu bezpośredniego, odbywa się na podstawie uprzedniej zgody wymaganej art. 398 ustawy – Prawo komunikacji elektronicznej.</w:t>
      </w:r>
    </w:p>
    <w:p w14:paraId="34A1F00F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4. Odbiorcy danych</w:t>
      </w:r>
    </w:p>
    <w:p w14:paraId="43834731" w14:textId="77777777" w:rsidR="0099490B" w:rsidRPr="00566A55" w:rsidRDefault="00000000">
      <w:pPr>
        <w:spacing w:after="80" w:line="247" w:lineRule="auto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Dane mogą być udostępniane osobom upoważnionym w MARR S.A. oraz podmiotom przetwarzającym dane na zlecenie MARR S.A., w szczególności dostawcom usług i systemów IT, usług hostingowych, pocztowych i kurierskich, prawnych, księgowych lub audytowych. Jeżeli wymaga tego charakter wnioskowanej usługi, odbiorcami danych mogą być również podmioty uczestniczące w jej finansowaniu, realizacji, kontroli lub rozliczaniu, w tym instytucje publiczne, partnerzy, audytorzy lub eksperci, a także organy i podmioty uprawnione do otrzymania danych na podstawie przepisów prawa.</w:t>
      </w:r>
    </w:p>
    <w:p w14:paraId="1E4EF12E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5. Przekazywanie danych poza Europejski Obszar Gospodarczy</w:t>
      </w:r>
    </w:p>
    <w:p w14:paraId="55872509" w14:textId="77777777" w:rsidR="0099490B" w:rsidRPr="00566A55" w:rsidRDefault="00000000">
      <w:pPr>
        <w:spacing w:after="80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MARR S.A. nie zamierza przekazywać danych osobowych do państw trzecich ani organizacji międzynarodowych. Jeżeli w związku z konkretną usługą lub wykorzystywanym rozwiązaniem technicznym miałoby dojść do takiego przekazania, MARR S.A. poinformuje o podstawie prawnej i zastosowanych zabezpieczeniach zgodnie z RODO.</w:t>
      </w:r>
    </w:p>
    <w:p w14:paraId="3CA4B45E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6. Okres przechowywania danych</w:t>
      </w:r>
    </w:p>
    <w:p w14:paraId="15A85BC8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a) dane związane z samym wnioskiem będą przechowywane przez okres niezbędny do jego rozpatrzenia, obsługi i udokumentowania, a następnie przez okres wynikający z właściwych przepisów, zasad archiwizacji lub do upływu okresu przedawnienia roszczeń;</w:t>
      </w:r>
    </w:p>
    <w:p w14:paraId="76D5D521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b) jeżeli dojdzie do zawarcia umowy lub realizacji usługi, dane będą przechowywane przez okres jej realizacji, a następnie przez okres wymagany przepisami prawa oraz przez czas niezbędny do ustalenia, dochodzenia lub obrony przed roszczeniami;</w:t>
      </w:r>
    </w:p>
    <w:p w14:paraId="045E4C27" w14:textId="77777777" w:rsidR="0099490B" w:rsidRPr="00566A55" w:rsidRDefault="00000000">
      <w:pPr>
        <w:spacing w:after="40" w:line="245" w:lineRule="auto"/>
        <w:ind w:left="454" w:hanging="198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c) dane przetwarzane na podstawie zgody marketingowej będą przetwarzane do czasu jej wycofania albo wcześniejszego ustania celu przetwarzania; informacje niezbędne do wykazania udzielenia lub wycofania zgody mogą być przechowywane przez okres wymagany dla zapewnienia rozliczalności i ochrony przed roszczeniami.</w:t>
      </w:r>
    </w:p>
    <w:p w14:paraId="309C1CB5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7. Prawa osoby, której dane dotyczą</w:t>
      </w:r>
    </w:p>
    <w:p w14:paraId="7006097E" w14:textId="77777777" w:rsidR="0099490B" w:rsidRPr="00566A55" w:rsidRDefault="00000000">
      <w:pPr>
        <w:spacing w:after="40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Na zasadach i w przypadkach określonych w RODO przysługuje Pani/Panu prawo do:</w:t>
      </w:r>
    </w:p>
    <w:p w14:paraId="32A71A64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• dostępu do danych i uzyskania ich kopii;</w:t>
      </w:r>
    </w:p>
    <w:p w14:paraId="4FAC2C4B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• sprostowania danych;</w:t>
      </w:r>
    </w:p>
    <w:p w14:paraId="1B2C1B68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• usunięcia danych;</w:t>
      </w:r>
    </w:p>
    <w:p w14:paraId="06241650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• ograniczenia przetwarzania;</w:t>
      </w:r>
    </w:p>
    <w:p w14:paraId="3178B103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lastRenderedPageBreak/>
        <w:t>• przenoszenia danych – jeżeli spełnione są warunki z art. 20 RODO;</w:t>
      </w:r>
    </w:p>
    <w:p w14:paraId="7E2B9189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• wniesienia sprzeciwu wobec przetwarzania opartego na art. 6 ust. 1 lit. f RODO, z przyczyn związanych z Pani/Pana szczególną sytuacją;</w:t>
      </w:r>
    </w:p>
    <w:p w14:paraId="687B1F9D" w14:textId="77777777" w:rsidR="0099490B" w:rsidRPr="00566A55" w:rsidRDefault="00000000">
      <w:pPr>
        <w:spacing w:after="40"/>
        <w:ind w:left="312" w:hanging="17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• wycofania zgody w dowolnym momencie, jeżeli dane są przetwarzane na podstawie art. 6 ust. 1 lit. a RODO. Wycofanie zgody nie wpływa na zgodność z prawem przetwarzania dokonanego przed jej wycofaniem.</w:t>
      </w:r>
    </w:p>
    <w:p w14:paraId="5678CB23" w14:textId="77777777" w:rsidR="0099490B" w:rsidRPr="00566A55" w:rsidRDefault="00000000">
      <w:pPr>
        <w:spacing w:after="80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i/>
          <w:color w:val="6B6B6B"/>
          <w:sz w:val="17"/>
          <w:lang w:val="pl-PL"/>
        </w:rPr>
        <w:t>Zakres poszczególnych praw zależy od podstawy prawnej i okoliczności przetwarzania; nie wszystkie prawa przysługują w każdym przypadku.</w:t>
      </w:r>
    </w:p>
    <w:p w14:paraId="7315D647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8. Prawo wniesienia skargi</w:t>
      </w:r>
    </w:p>
    <w:p w14:paraId="27CA5675" w14:textId="77777777" w:rsidR="0099490B" w:rsidRPr="00566A55" w:rsidRDefault="00000000">
      <w:pPr>
        <w:spacing w:after="80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Jeżeli uzna Pani/Pan, że przetwarzanie danych osobowych narusza przepisy RODO, przysługuje Pani/Panu prawo wniesienia skargi do Prezesa Urzędu Ochrony Danych Osobowych, ul. Stanisława Moniuszki 1A, 00-014 Warszawa.</w:t>
      </w:r>
    </w:p>
    <w:p w14:paraId="1863994D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9. Dobrowolność i konsekwencje niepodania danych</w:t>
      </w:r>
    </w:p>
    <w:p w14:paraId="3FFCEDCC" w14:textId="77777777" w:rsidR="0099490B" w:rsidRPr="00566A55" w:rsidRDefault="00000000">
      <w:pPr>
        <w:spacing w:after="80" w:line="247" w:lineRule="auto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Podanie danych niezbędnych do przyjęcia i rozpatrzenia wniosku jest dobrowolne, ale konieczne do jego obsługi i kontaktu z Wnioskodawcą; ich niepodanie może uniemożliwić rozpatrzenie wniosku lub świadczenie usługi. W przypadku zawarcia umowy lub korzystania z usługi podlegającej szczególnym regulacjom podanie części danych może być wymogiem prawnym lub umownym – MARR S.A. poinformuje o tym w odpowiednim zakresie. Udzielenie zgód marketingowych jest w pełni dobrowolne i nie wpływa na możliwość skorzystania z usługi.</w:t>
      </w:r>
    </w:p>
    <w:p w14:paraId="653B883E" w14:textId="77777777" w:rsidR="0099490B" w:rsidRPr="00566A55" w:rsidRDefault="00000000">
      <w:pPr>
        <w:keepNext/>
        <w:spacing w:before="40" w:after="4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b/>
          <w:color w:val="444444"/>
          <w:sz w:val="20"/>
          <w:lang w:val="pl-PL"/>
        </w:rPr>
        <w:t>10. Zautomatyzowane podejmowanie decyzji i profilowanie</w:t>
      </w:r>
    </w:p>
    <w:p w14:paraId="37E6AA42" w14:textId="77777777" w:rsidR="0099490B" w:rsidRPr="00566A55" w:rsidRDefault="00000000">
      <w:pPr>
        <w:spacing w:after="80" w:line="247" w:lineRule="auto"/>
        <w:ind w:left="312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000000"/>
          <w:sz w:val="18"/>
          <w:lang w:val="pl-PL"/>
        </w:rPr>
        <w:t>Dane przetwarzane w celu obsługi wniosku nie będą wykorzystywane do podejmowania wobec Pani/Pana decyzji opartych wyłącznie na zautomatyzowanym przetwarzaniu, które wywołują skutki prawne lub w podobny sposób istotnie wpływają na Panią/Pana. W przypadku udzielenia zgody marketingowej dane mogą być wykorzystywane do prostego wyszukiwania, analizowania lub kategoryzowania zainteresowań w celu dopasowania informacji o ofercie MARR S.A.; działania te nie wywołują skutków prawnych ani podobnie istotnych skutków dla osoby.</w:t>
      </w:r>
    </w:p>
    <w:p w14:paraId="271E89DC" w14:textId="77777777" w:rsidR="0099490B" w:rsidRPr="00566A55" w:rsidRDefault="00000000">
      <w:pPr>
        <w:pBdr>
          <w:top w:val="single" w:sz="8" w:space="3" w:color="F58220"/>
        </w:pBdr>
        <w:spacing w:before="120" w:after="0"/>
        <w:rPr>
          <w:rFonts w:asciiTheme="majorHAnsi" w:hAnsiTheme="majorHAnsi" w:cstheme="majorHAnsi"/>
          <w:lang w:val="pl-PL"/>
        </w:rPr>
      </w:pPr>
      <w:r w:rsidRPr="00566A55">
        <w:rPr>
          <w:rFonts w:asciiTheme="majorHAnsi" w:eastAsia="Arial" w:hAnsiTheme="majorHAnsi" w:cstheme="majorHAnsi"/>
          <w:color w:val="6B6B6B"/>
          <w:sz w:val="17"/>
          <w:lang w:val="pl-PL"/>
        </w:rPr>
        <w:t>Kontakt do IOD MARR S.A.: iod@marr.pl  |  Aktualne informacje o ochronie danych: marr.pl/rodo</w:t>
      </w:r>
    </w:p>
    <w:sectPr w:rsidR="0099490B" w:rsidRPr="00566A55" w:rsidSect="00034616">
      <w:headerReference w:type="default" r:id="rId8"/>
      <w:footerReference w:type="default" r:id="rId9"/>
      <w:pgSz w:w="11906" w:h="16838"/>
      <w:pgMar w:top="652" w:right="907" w:bottom="652" w:left="907" w:header="142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365BF" w14:textId="77777777" w:rsidR="004C5108" w:rsidRDefault="004C5108">
      <w:pPr>
        <w:spacing w:after="0" w:line="240" w:lineRule="auto"/>
      </w:pPr>
      <w:r>
        <w:separator/>
      </w:r>
    </w:p>
  </w:endnote>
  <w:endnote w:type="continuationSeparator" w:id="0">
    <w:p w14:paraId="0D2A2E63" w14:textId="77777777" w:rsidR="004C5108" w:rsidRDefault="004C5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129B8" w14:textId="77777777" w:rsidR="0099490B" w:rsidRPr="00566A55" w:rsidRDefault="00000000">
    <w:pPr>
      <w:pStyle w:val="Stopka"/>
      <w:jc w:val="center"/>
      <w:rPr>
        <w:lang w:val="pl-PL"/>
      </w:rPr>
    </w:pPr>
    <w:r w:rsidRPr="00566A55">
      <w:rPr>
        <w:rFonts w:eastAsia="Arial"/>
        <w:color w:val="6B6B6B"/>
        <w:sz w:val="17"/>
        <w:lang w:val="pl-PL"/>
      </w:rPr>
      <w:t xml:space="preserve">MARR S.A.  |  Wniosek o świadczenie usług  |  strona </w:t>
    </w:r>
    <w:r>
      <w:rPr>
        <w:rFonts w:eastAsia="Arial"/>
        <w:color w:val="6B6B6B"/>
        <w:sz w:val="17"/>
      </w:rPr>
      <w:fldChar w:fldCharType="begin"/>
    </w:r>
    <w:r w:rsidRPr="00566A55">
      <w:rPr>
        <w:rFonts w:eastAsia="Arial"/>
        <w:color w:val="6B6B6B"/>
        <w:sz w:val="17"/>
        <w:lang w:val="pl-PL"/>
      </w:rPr>
      <w:instrText xml:space="preserve"> PAGE </w:instrText>
    </w:r>
    <w:r w:rsidR="000D421F">
      <w:rPr>
        <w:rFonts w:eastAsia="Arial"/>
        <w:color w:val="6B6B6B"/>
        <w:sz w:val="17"/>
      </w:rPr>
      <w:fldChar w:fldCharType="separate"/>
    </w:r>
    <w:r w:rsidR="000D421F" w:rsidRPr="00566A55">
      <w:rPr>
        <w:rFonts w:eastAsia="Arial"/>
        <w:noProof/>
        <w:color w:val="6B6B6B"/>
        <w:sz w:val="17"/>
        <w:lang w:val="pl-PL"/>
      </w:rPr>
      <w:t>1</w:t>
    </w:r>
    <w:r>
      <w:rPr>
        <w:rFonts w:eastAsia="Arial"/>
        <w:color w:val="6B6B6B"/>
        <w:sz w:val="17"/>
      </w:rPr>
      <w:fldChar w:fldCharType="end"/>
    </w:r>
    <w:r w:rsidRPr="00566A55">
      <w:rPr>
        <w:rFonts w:eastAsia="Arial"/>
        <w:color w:val="6B6B6B"/>
        <w:sz w:val="17"/>
        <w:lang w:val="pl-PL"/>
      </w:rPr>
      <w:t xml:space="preserve">  |  wersja 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CD212" w14:textId="77777777" w:rsidR="004C5108" w:rsidRDefault="004C5108">
      <w:pPr>
        <w:spacing w:after="0" w:line="240" w:lineRule="auto"/>
      </w:pPr>
      <w:r>
        <w:separator/>
      </w:r>
    </w:p>
  </w:footnote>
  <w:footnote w:type="continuationSeparator" w:id="0">
    <w:p w14:paraId="2C36CD46" w14:textId="77777777" w:rsidR="004C5108" w:rsidRDefault="004C5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1B162" w14:textId="77777777" w:rsidR="0099490B" w:rsidRDefault="00000000">
    <w:pPr>
      <w:pStyle w:val="Nagwek"/>
      <w:jc w:val="right"/>
    </w:pPr>
    <w:r>
      <w:rPr>
        <w:noProof/>
      </w:rPr>
      <w:drawing>
        <wp:inline distT="0" distB="0" distL="0" distR="0" wp14:anchorId="25915597" wp14:editId="538D4092">
          <wp:extent cx="917999" cy="6010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7999" cy="601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1952291">
    <w:abstractNumId w:val="8"/>
  </w:num>
  <w:num w:numId="2" w16cid:durableId="706031648">
    <w:abstractNumId w:val="6"/>
  </w:num>
  <w:num w:numId="3" w16cid:durableId="250085962">
    <w:abstractNumId w:val="5"/>
  </w:num>
  <w:num w:numId="4" w16cid:durableId="1141114126">
    <w:abstractNumId w:val="4"/>
  </w:num>
  <w:num w:numId="5" w16cid:durableId="1275937187">
    <w:abstractNumId w:val="7"/>
  </w:num>
  <w:num w:numId="6" w16cid:durableId="2027755111">
    <w:abstractNumId w:val="3"/>
  </w:num>
  <w:num w:numId="7" w16cid:durableId="922379164">
    <w:abstractNumId w:val="2"/>
  </w:num>
  <w:num w:numId="8" w16cid:durableId="1909611491">
    <w:abstractNumId w:val="1"/>
  </w:num>
  <w:num w:numId="9" w16cid:durableId="430931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21F"/>
    <w:rsid w:val="0015074B"/>
    <w:rsid w:val="0029639D"/>
    <w:rsid w:val="00326F90"/>
    <w:rsid w:val="004C5108"/>
    <w:rsid w:val="00566A55"/>
    <w:rsid w:val="007218DB"/>
    <w:rsid w:val="0099490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03936"/>
  <w14:defaultImageDpi w14:val="300"/>
  <w15:docId w15:val="{9249025D-8BB1-4C50-B397-9EB9C9E8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1516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świadczenie usług – MARR S.A.</dc:title>
  <dc:subject>Wzór formularza z klauzulą informacyjną RODO</dc:subject>
  <dc:creator>Małopolska Agencja Rozwoju Regionalnego S.A.</dc:creator>
  <cp:keywords/>
  <dc:description>Wersja zaktualizowana – 09/2026</dc:description>
  <cp:lastModifiedBy>Piwowarska-Solarz, Lilianna</cp:lastModifiedBy>
  <cp:revision>3</cp:revision>
  <dcterms:created xsi:type="dcterms:W3CDTF">2026-09-08T08:28:00Z</dcterms:created>
  <dcterms:modified xsi:type="dcterms:W3CDTF">2026-09-08T08:31:00Z</dcterms:modified>
  <cp:category/>
</cp:coreProperties>
</file>