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3BDE5" w14:textId="77777777" w:rsidR="00313787" w:rsidRPr="00B57F18" w:rsidRDefault="00000000">
      <w:pPr>
        <w:jc w:val="right"/>
        <w:rPr>
          <w:rFonts w:asciiTheme="majorHAnsi" w:hAnsiTheme="majorHAnsi" w:cstheme="majorHAnsi"/>
        </w:rPr>
      </w:pPr>
      <w:r w:rsidRPr="00B57F18">
        <w:rPr>
          <w:rFonts w:asciiTheme="majorHAnsi" w:hAnsiTheme="majorHAnsi" w:cstheme="majorHAnsi"/>
          <w:noProof/>
        </w:rPr>
        <w:drawing>
          <wp:inline distT="0" distB="0" distL="0" distR="0" wp14:anchorId="02ECB897" wp14:editId="536D7B06">
            <wp:extent cx="1071154" cy="70129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r_logo.png"/>
                    <pic:cNvPicPr/>
                  </pic:nvPicPr>
                  <pic:blipFill>
                    <a:blip r:embed="rId8"/>
                    <a:stretch>
                      <a:fillRect/>
                    </a:stretch>
                  </pic:blipFill>
                  <pic:spPr>
                    <a:xfrm>
                      <a:off x="0" y="0"/>
                      <a:ext cx="1080927" cy="707691"/>
                    </a:xfrm>
                    <a:prstGeom prst="rect">
                      <a:avLst/>
                    </a:prstGeom>
                  </pic:spPr>
                </pic:pic>
              </a:graphicData>
            </a:graphic>
          </wp:inline>
        </w:drawing>
      </w:r>
    </w:p>
    <w:p w14:paraId="2C68E245" w14:textId="77777777" w:rsidR="00313787" w:rsidRPr="00B57F18" w:rsidRDefault="00000000">
      <w:pPr>
        <w:spacing w:before="360" w:after="80"/>
        <w:jc w:val="center"/>
        <w:rPr>
          <w:rFonts w:asciiTheme="majorHAnsi" w:hAnsiTheme="majorHAnsi" w:cstheme="majorHAnsi"/>
          <w:lang w:val="pl-PL"/>
        </w:rPr>
      </w:pPr>
      <w:r w:rsidRPr="00B57F18">
        <w:rPr>
          <w:rFonts w:asciiTheme="majorHAnsi" w:eastAsia="Arial" w:hAnsiTheme="majorHAnsi" w:cstheme="majorHAnsi"/>
          <w:b/>
          <w:color w:val="55585A"/>
          <w:sz w:val="44"/>
          <w:lang w:val="pl-PL"/>
        </w:rPr>
        <w:t>BIZNESPLAN</w:t>
      </w:r>
    </w:p>
    <w:p w14:paraId="4EBD3001" w14:textId="77777777" w:rsidR="00313787" w:rsidRPr="00B57F18" w:rsidRDefault="00000000">
      <w:pPr>
        <w:spacing w:after="320"/>
        <w:jc w:val="center"/>
        <w:rPr>
          <w:rFonts w:asciiTheme="majorHAnsi" w:hAnsiTheme="majorHAnsi" w:cstheme="majorHAnsi"/>
          <w:lang w:val="pl-PL"/>
        </w:rPr>
      </w:pPr>
      <w:r w:rsidRPr="00B57F18">
        <w:rPr>
          <w:rFonts w:asciiTheme="majorHAnsi" w:eastAsia="Arial" w:hAnsiTheme="majorHAnsi" w:cstheme="majorHAnsi"/>
          <w:color w:val="666666"/>
          <w:sz w:val="23"/>
          <w:lang w:val="pl-PL"/>
        </w:rPr>
        <w:t>uproszczony wzór do oceny przedsięwzięcia pod kątem wejścia kapitałowego MARR S.A.</w:t>
      </w:r>
    </w:p>
    <w:tbl>
      <w:tblPr>
        <w:tblW w:w="0" w:type="auto"/>
        <w:jc w:val="center"/>
        <w:tblLayout w:type="fixed"/>
        <w:tblLook w:val="04A0" w:firstRow="1" w:lastRow="0" w:firstColumn="1" w:lastColumn="0" w:noHBand="0" w:noVBand="1"/>
      </w:tblPr>
      <w:tblGrid>
        <w:gridCol w:w="3402"/>
        <w:gridCol w:w="6350"/>
      </w:tblGrid>
      <w:tr w:rsidR="00313787" w:rsidRPr="00B57F18" w14:paraId="3F987957" w14:textId="77777777">
        <w:trPr>
          <w:jc w:val="center"/>
        </w:trPr>
        <w:tc>
          <w:tcPr>
            <w:tcW w:w="3402" w:type="dxa"/>
            <w:tcBorders>
              <w:top w:val="single" w:sz="4" w:space="0" w:color="D0D3D5"/>
              <w:left w:val="single" w:sz="4" w:space="0" w:color="D0D3D5"/>
              <w:bottom w:val="single" w:sz="4" w:space="0" w:color="D0D3D5"/>
              <w:right w:val="single" w:sz="4" w:space="0" w:color="D0D3D5"/>
            </w:tcBorders>
            <w:shd w:val="clear" w:color="auto" w:fill="F3F4F5"/>
            <w:tcMar>
              <w:top w:w="100" w:type="dxa"/>
              <w:left w:w="100" w:type="dxa"/>
              <w:bottom w:w="100" w:type="dxa"/>
              <w:right w:w="100" w:type="dxa"/>
            </w:tcMar>
            <w:vAlign w:val="center"/>
          </w:tcPr>
          <w:p w14:paraId="4AE78661" w14:textId="77777777" w:rsidR="00313787" w:rsidRPr="00B57F18" w:rsidRDefault="00000000">
            <w:pPr>
              <w:spacing w:after="0"/>
              <w:rPr>
                <w:rFonts w:asciiTheme="majorHAnsi" w:hAnsiTheme="majorHAnsi" w:cstheme="majorHAnsi"/>
              </w:rPr>
            </w:pPr>
            <w:proofErr w:type="spellStart"/>
            <w:r w:rsidRPr="00B57F18">
              <w:rPr>
                <w:rFonts w:asciiTheme="majorHAnsi" w:eastAsia="Arial" w:hAnsiTheme="majorHAnsi" w:cstheme="majorHAnsi"/>
                <w:b/>
                <w:color w:val="333333"/>
                <w:sz w:val="19"/>
              </w:rPr>
              <w:t>Tytuł</w:t>
            </w:r>
            <w:proofErr w:type="spellEnd"/>
            <w:r w:rsidRPr="00B57F18">
              <w:rPr>
                <w:rFonts w:asciiTheme="majorHAnsi" w:eastAsia="Arial" w:hAnsiTheme="majorHAnsi" w:cstheme="majorHAnsi"/>
                <w:b/>
                <w:color w:val="333333"/>
                <w:sz w:val="19"/>
              </w:rPr>
              <w:t xml:space="preserve"> </w:t>
            </w:r>
            <w:proofErr w:type="spellStart"/>
            <w:r w:rsidRPr="00B57F18">
              <w:rPr>
                <w:rFonts w:asciiTheme="majorHAnsi" w:eastAsia="Arial" w:hAnsiTheme="majorHAnsi" w:cstheme="majorHAnsi"/>
                <w:b/>
                <w:color w:val="333333"/>
                <w:sz w:val="19"/>
              </w:rPr>
              <w:t>przedsięwzięcia</w:t>
            </w:r>
            <w:proofErr w:type="spellEnd"/>
          </w:p>
        </w:tc>
        <w:tc>
          <w:tcPr>
            <w:tcW w:w="6350" w:type="dxa"/>
            <w:tcBorders>
              <w:top w:val="single" w:sz="4" w:space="0" w:color="D0D3D5"/>
              <w:left w:val="single" w:sz="4" w:space="0" w:color="D0D3D5"/>
              <w:bottom w:val="single" w:sz="4" w:space="0" w:color="D0D3D5"/>
              <w:right w:val="single" w:sz="4" w:space="0" w:color="D0D3D5"/>
            </w:tcBorders>
            <w:shd w:val="clear" w:color="auto" w:fill="FFFFFF"/>
            <w:tcMar>
              <w:top w:w="100" w:type="dxa"/>
              <w:left w:w="100" w:type="dxa"/>
              <w:bottom w:w="100" w:type="dxa"/>
              <w:right w:w="100" w:type="dxa"/>
            </w:tcMar>
            <w:vAlign w:val="center"/>
          </w:tcPr>
          <w:p w14:paraId="2F1B2649" w14:textId="77777777" w:rsidR="00313787" w:rsidRPr="00B57F18" w:rsidRDefault="00313787">
            <w:pPr>
              <w:spacing w:after="0"/>
              <w:rPr>
                <w:rFonts w:asciiTheme="majorHAnsi" w:hAnsiTheme="majorHAnsi" w:cstheme="majorHAnsi"/>
              </w:rPr>
            </w:pPr>
          </w:p>
        </w:tc>
      </w:tr>
      <w:tr w:rsidR="00313787" w:rsidRPr="00B57F18" w14:paraId="599A6173" w14:textId="77777777">
        <w:trPr>
          <w:jc w:val="center"/>
        </w:trPr>
        <w:tc>
          <w:tcPr>
            <w:tcW w:w="3402" w:type="dxa"/>
            <w:tcBorders>
              <w:top w:val="single" w:sz="4" w:space="0" w:color="D0D3D5"/>
              <w:left w:val="single" w:sz="4" w:space="0" w:color="D0D3D5"/>
              <w:bottom w:val="single" w:sz="4" w:space="0" w:color="D0D3D5"/>
              <w:right w:val="single" w:sz="4" w:space="0" w:color="D0D3D5"/>
            </w:tcBorders>
            <w:shd w:val="clear" w:color="auto" w:fill="F3F4F5"/>
            <w:tcMar>
              <w:top w:w="100" w:type="dxa"/>
              <w:left w:w="100" w:type="dxa"/>
              <w:bottom w:w="100" w:type="dxa"/>
              <w:right w:w="100" w:type="dxa"/>
            </w:tcMar>
            <w:vAlign w:val="center"/>
          </w:tcPr>
          <w:p w14:paraId="5773C8A2" w14:textId="77777777" w:rsidR="00313787" w:rsidRPr="00B57F18" w:rsidRDefault="00000000">
            <w:pPr>
              <w:spacing w:after="0"/>
              <w:rPr>
                <w:rFonts w:asciiTheme="majorHAnsi" w:hAnsiTheme="majorHAnsi" w:cstheme="majorHAnsi"/>
              </w:rPr>
            </w:pPr>
            <w:r w:rsidRPr="00B57F18">
              <w:rPr>
                <w:rFonts w:asciiTheme="majorHAnsi" w:eastAsia="Arial" w:hAnsiTheme="majorHAnsi" w:cstheme="majorHAnsi"/>
                <w:b/>
                <w:color w:val="333333"/>
                <w:sz w:val="19"/>
              </w:rPr>
              <w:t>Projektodawca / nazwa podmiotu</w:t>
            </w:r>
          </w:p>
        </w:tc>
        <w:tc>
          <w:tcPr>
            <w:tcW w:w="6350" w:type="dxa"/>
            <w:tcBorders>
              <w:top w:val="single" w:sz="4" w:space="0" w:color="D0D3D5"/>
              <w:left w:val="single" w:sz="4" w:space="0" w:color="D0D3D5"/>
              <w:bottom w:val="single" w:sz="4" w:space="0" w:color="D0D3D5"/>
              <w:right w:val="single" w:sz="4" w:space="0" w:color="D0D3D5"/>
            </w:tcBorders>
            <w:shd w:val="clear" w:color="auto" w:fill="FFFFFF"/>
            <w:tcMar>
              <w:top w:w="100" w:type="dxa"/>
              <w:left w:w="100" w:type="dxa"/>
              <w:bottom w:w="100" w:type="dxa"/>
              <w:right w:w="100" w:type="dxa"/>
            </w:tcMar>
            <w:vAlign w:val="center"/>
          </w:tcPr>
          <w:p w14:paraId="0FE4DA60" w14:textId="77777777" w:rsidR="00313787" w:rsidRPr="00B57F18" w:rsidRDefault="00313787">
            <w:pPr>
              <w:spacing w:after="0"/>
              <w:rPr>
                <w:rFonts w:asciiTheme="majorHAnsi" w:hAnsiTheme="majorHAnsi" w:cstheme="majorHAnsi"/>
              </w:rPr>
            </w:pPr>
          </w:p>
        </w:tc>
      </w:tr>
      <w:tr w:rsidR="00313787" w:rsidRPr="00B57F18" w14:paraId="49C1E949" w14:textId="77777777">
        <w:trPr>
          <w:jc w:val="center"/>
        </w:trPr>
        <w:tc>
          <w:tcPr>
            <w:tcW w:w="3402" w:type="dxa"/>
            <w:tcBorders>
              <w:top w:val="single" w:sz="4" w:space="0" w:color="D0D3D5"/>
              <w:left w:val="single" w:sz="4" w:space="0" w:color="D0D3D5"/>
              <w:bottom w:val="single" w:sz="4" w:space="0" w:color="D0D3D5"/>
              <w:right w:val="single" w:sz="4" w:space="0" w:color="D0D3D5"/>
            </w:tcBorders>
            <w:shd w:val="clear" w:color="auto" w:fill="F3F4F5"/>
            <w:tcMar>
              <w:top w:w="100" w:type="dxa"/>
              <w:left w:w="100" w:type="dxa"/>
              <w:bottom w:w="100" w:type="dxa"/>
              <w:right w:w="100" w:type="dxa"/>
            </w:tcMar>
            <w:vAlign w:val="center"/>
          </w:tcPr>
          <w:p w14:paraId="12996B0C" w14:textId="77777777" w:rsidR="00313787" w:rsidRPr="00B57F18" w:rsidRDefault="00000000">
            <w:pPr>
              <w:spacing w:after="0"/>
              <w:rPr>
                <w:rFonts w:asciiTheme="majorHAnsi" w:hAnsiTheme="majorHAnsi" w:cstheme="majorHAnsi"/>
              </w:rPr>
            </w:pPr>
            <w:r w:rsidRPr="00B57F18">
              <w:rPr>
                <w:rFonts w:asciiTheme="majorHAnsi" w:eastAsia="Arial" w:hAnsiTheme="majorHAnsi" w:cstheme="majorHAnsi"/>
                <w:b/>
                <w:color w:val="333333"/>
                <w:sz w:val="19"/>
              </w:rPr>
              <w:t>Forma prawna / status podmiotu</w:t>
            </w:r>
          </w:p>
        </w:tc>
        <w:tc>
          <w:tcPr>
            <w:tcW w:w="6350" w:type="dxa"/>
            <w:tcBorders>
              <w:top w:val="single" w:sz="4" w:space="0" w:color="D0D3D5"/>
              <w:left w:val="single" w:sz="4" w:space="0" w:color="D0D3D5"/>
              <w:bottom w:val="single" w:sz="4" w:space="0" w:color="D0D3D5"/>
              <w:right w:val="single" w:sz="4" w:space="0" w:color="D0D3D5"/>
            </w:tcBorders>
            <w:shd w:val="clear" w:color="auto" w:fill="FFFFFF"/>
            <w:tcMar>
              <w:top w:w="100" w:type="dxa"/>
              <w:left w:w="100" w:type="dxa"/>
              <w:bottom w:w="100" w:type="dxa"/>
              <w:right w:w="100" w:type="dxa"/>
            </w:tcMar>
            <w:vAlign w:val="center"/>
          </w:tcPr>
          <w:p w14:paraId="22AC5EEA" w14:textId="77777777" w:rsidR="00313787" w:rsidRPr="00B57F18" w:rsidRDefault="00313787">
            <w:pPr>
              <w:spacing w:after="0"/>
              <w:rPr>
                <w:rFonts w:asciiTheme="majorHAnsi" w:hAnsiTheme="majorHAnsi" w:cstheme="majorHAnsi"/>
              </w:rPr>
            </w:pPr>
          </w:p>
        </w:tc>
      </w:tr>
      <w:tr w:rsidR="00313787" w:rsidRPr="00B57F18" w14:paraId="2596ACC8" w14:textId="77777777">
        <w:trPr>
          <w:jc w:val="center"/>
        </w:trPr>
        <w:tc>
          <w:tcPr>
            <w:tcW w:w="3402" w:type="dxa"/>
            <w:tcBorders>
              <w:top w:val="single" w:sz="4" w:space="0" w:color="D0D3D5"/>
              <w:left w:val="single" w:sz="4" w:space="0" w:color="D0D3D5"/>
              <w:bottom w:val="single" w:sz="4" w:space="0" w:color="D0D3D5"/>
              <w:right w:val="single" w:sz="4" w:space="0" w:color="D0D3D5"/>
            </w:tcBorders>
            <w:shd w:val="clear" w:color="auto" w:fill="F3F4F5"/>
            <w:tcMar>
              <w:top w:w="100" w:type="dxa"/>
              <w:left w:w="100" w:type="dxa"/>
              <w:bottom w:w="100" w:type="dxa"/>
              <w:right w:w="100" w:type="dxa"/>
            </w:tcMar>
            <w:vAlign w:val="center"/>
          </w:tcPr>
          <w:p w14:paraId="2F1F6ACA" w14:textId="77777777" w:rsidR="00313787" w:rsidRPr="00B57F18" w:rsidRDefault="00000000">
            <w:pPr>
              <w:spacing w:after="0"/>
              <w:rPr>
                <w:rFonts w:asciiTheme="majorHAnsi" w:hAnsiTheme="majorHAnsi" w:cstheme="majorHAnsi"/>
              </w:rPr>
            </w:pPr>
            <w:r w:rsidRPr="00B57F18">
              <w:rPr>
                <w:rFonts w:asciiTheme="majorHAnsi" w:eastAsia="Arial" w:hAnsiTheme="majorHAnsi" w:cstheme="majorHAnsi"/>
                <w:b/>
                <w:color w:val="333333"/>
                <w:sz w:val="19"/>
              </w:rPr>
              <w:t>NIP / KRS / REGON</w:t>
            </w:r>
          </w:p>
        </w:tc>
        <w:tc>
          <w:tcPr>
            <w:tcW w:w="6350" w:type="dxa"/>
            <w:tcBorders>
              <w:top w:val="single" w:sz="4" w:space="0" w:color="D0D3D5"/>
              <w:left w:val="single" w:sz="4" w:space="0" w:color="D0D3D5"/>
              <w:bottom w:val="single" w:sz="4" w:space="0" w:color="D0D3D5"/>
              <w:right w:val="single" w:sz="4" w:space="0" w:color="D0D3D5"/>
            </w:tcBorders>
            <w:shd w:val="clear" w:color="auto" w:fill="FFFFFF"/>
            <w:tcMar>
              <w:top w:w="100" w:type="dxa"/>
              <w:left w:w="100" w:type="dxa"/>
              <w:bottom w:w="100" w:type="dxa"/>
              <w:right w:w="100" w:type="dxa"/>
            </w:tcMar>
            <w:vAlign w:val="center"/>
          </w:tcPr>
          <w:p w14:paraId="635095FB" w14:textId="77777777" w:rsidR="00313787" w:rsidRPr="00B57F18" w:rsidRDefault="00313787">
            <w:pPr>
              <w:spacing w:after="0"/>
              <w:rPr>
                <w:rFonts w:asciiTheme="majorHAnsi" w:hAnsiTheme="majorHAnsi" w:cstheme="majorHAnsi"/>
              </w:rPr>
            </w:pPr>
          </w:p>
        </w:tc>
      </w:tr>
      <w:tr w:rsidR="00313787" w:rsidRPr="00B57F18" w14:paraId="5F67ABE2" w14:textId="77777777">
        <w:trPr>
          <w:jc w:val="center"/>
        </w:trPr>
        <w:tc>
          <w:tcPr>
            <w:tcW w:w="3402" w:type="dxa"/>
            <w:tcBorders>
              <w:top w:val="single" w:sz="4" w:space="0" w:color="D0D3D5"/>
              <w:left w:val="single" w:sz="4" w:space="0" w:color="D0D3D5"/>
              <w:bottom w:val="single" w:sz="4" w:space="0" w:color="D0D3D5"/>
              <w:right w:val="single" w:sz="4" w:space="0" w:color="D0D3D5"/>
            </w:tcBorders>
            <w:shd w:val="clear" w:color="auto" w:fill="F3F4F5"/>
            <w:tcMar>
              <w:top w:w="100" w:type="dxa"/>
              <w:left w:w="100" w:type="dxa"/>
              <w:bottom w:w="100" w:type="dxa"/>
              <w:right w:w="100" w:type="dxa"/>
            </w:tcMar>
            <w:vAlign w:val="center"/>
          </w:tcPr>
          <w:p w14:paraId="206F2C08" w14:textId="77777777" w:rsidR="00313787" w:rsidRPr="00B57F18" w:rsidRDefault="00000000">
            <w:pPr>
              <w:spacing w:after="0"/>
              <w:rPr>
                <w:rFonts w:asciiTheme="majorHAnsi" w:hAnsiTheme="majorHAnsi" w:cstheme="majorHAnsi"/>
              </w:rPr>
            </w:pPr>
            <w:r w:rsidRPr="00B57F18">
              <w:rPr>
                <w:rFonts w:asciiTheme="majorHAnsi" w:eastAsia="Arial" w:hAnsiTheme="majorHAnsi" w:cstheme="majorHAnsi"/>
                <w:b/>
                <w:color w:val="333333"/>
                <w:sz w:val="19"/>
              </w:rPr>
              <w:t>Osoba do kontaktu</w:t>
            </w:r>
          </w:p>
        </w:tc>
        <w:tc>
          <w:tcPr>
            <w:tcW w:w="6350" w:type="dxa"/>
            <w:tcBorders>
              <w:top w:val="single" w:sz="4" w:space="0" w:color="D0D3D5"/>
              <w:left w:val="single" w:sz="4" w:space="0" w:color="D0D3D5"/>
              <w:bottom w:val="single" w:sz="4" w:space="0" w:color="D0D3D5"/>
              <w:right w:val="single" w:sz="4" w:space="0" w:color="D0D3D5"/>
            </w:tcBorders>
            <w:shd w:val="clear" w:color="auto" w:fill="FFFFFF"/>
            <w:tcMar>
              <w:top w:w="100" w:type="dxa"/>
              <w:left w:w="100" w:type="dxa"/>
              <w:bottom w:w="100" w:type="dxa"/>
              <w:right w:w="100" w:type="dxa"/>
            </w:tcMar>
            <w:vAlign w:val="center"/>
          </w:tcPr>
          <w:p w14:paraId="63F8EB4C" w14:textId="77777777" w:rsidR="00313787" w:rsidRPr="00B57F18" w:rsidRDefault="00313787">
            <w:pPr>
              <w:spacing w:after="0"/>
              <w:rPr>
                <w:rFonts w:asciiTheme="majorHAnsi" w:hAnsiTheme="majorHAnsi" w:cstheme="majorHAnsi"/>
              </w:rPr>
            </w:pPr>
          </w:p>
        </w:tc>
      </w:tr>
      <w:tr w:rsidR="00313787" w:rsidRPr="00B57F18" w14:paraId="239EAB9E" w14:textId="77777777">
        <w:trPr>
          <w:jc w:val="center"/>
        </w:trPr>
        <w:tc>
          <w:tcPr>
            <w:tcW w:w="3402" w:type="dxa"/>
            <w:tcBorders>
              <w:top w:val="single" w:sz="4" w:space="0" w:color="D0D3D5"/>
              <w:left w:val="single" w:sz="4" w:space="0" w:color="D0D3D5"/>
              <w:bottom w:val="single" w:sz="4" w:space="0" w:color="D0D3D5"/>
              <w:right w:val="single" w:sz="4" w:space="0" w:color="D0D3D5"/>
            </w:tcBorders>
            <w:shd w:val="clear" w:color="auto" w:fill="F3F4F5"/>
            <w:tcMar>
              <w:top w:w="100" w:type="dxa"/>
              <w:left w:w="100" w:type="dxa"/>
              <w:bottom w:w="100" w:type="dxa"/>
              <w:right w:w="100" w:type="dxa"/>
            </w:tcMar>
            <w:vAlign w:val="center"/>
          </w:tcPr>
          <w:p w14:paraId="2739DECF" w14:textId="77777777" w:rsidR="00313787" w:rsidRPr="00B57F18" w:rsidRDefault="00000000">
            <w:pPr>
              <w:spacing w:after="0"/>
              <w:rPr>
                <w:rFonts w:asciiTheme="majorHAnsi" w:hAnsiTheme="majorHAnsi" w:cstheme="majorHAnsi"/>
              </w:rPr>
            </w:pPr>
            <w:r w:rsidRPr="00B57F18">
              <w:rPr>
                <w:rFonts w:asciiTheme="majorHAnsi" w:eastAsia="Arial" w:hAnsiTheme="majorHAnsi" w:cstheme="majorHAnsi"/>
                <w:b/>
                <w:color w:val="333333"/>
                <w:sz w:val="19"/>
              </w:rPr>
              <w:t>Telefon</w:t>
            </w:r>
          </w:p>
        </w:tc>
        <w:tc>
          <w:tcPr>
            <w:tcW w:w="6350" w:type="dxa"/>
            <w:tcBorders>
              <w:top w:val="single" w:sz="4" w:space="0" w:color="D0D3D5"/>
              <w:left w:val="single" w:sz="4" w:space="0" w:color="D0D3D5"/>
              <w:bottom w:val="single" w:sz="4" w:space="0" w:color="D0D3D5"/>
              <w:right w:val="single" w:sz="4" w:space="0" w:color="D0D3D5"/>
            </w:tcBorders>
            <w:shd w:val="clear" w:color="auto" w:fill="FFFFFF"/>
            <w:tcMar>
              <w:top w:w="100" w:type="dxa"/>
              <w:left w:w="100" w:type="dxa"/>
              <w:bottom w:w="100" w:type="dxa"/>
              <w:right w:w="100" w:type="dxa"/>
            </w:tcMar>
            <w:vAlign w:val="center"/>
          </w:tcPr>
          <w:p w14:paraId="72257FA4" w14:textId="77777777" w:rsidR="00313787" w:rsidRPr="00B57F18" w:rsidRDefault="00313787">
            <w:pPr>
              <w:spacing w:after="0"/>
              <w:rPr>
                <w:rFonts w:asciiTheme="majorHAnsi" w:hAnsiTheme="majorHAnsi" w:cstheme="majorHAnsi"/>
              </w:rPr>
            </w:pPr>
          </w:p>
        </w:tc>
      </w:tr>
      <w:tr w:rsidR="00313787" w:rsidRPr="00B57F18" w14:paraId="7F0D3312" w14:textId="77777777">
        <w:trPr>
          <w:jc w:val="center"/>
        </w:trPr>
        <w:tc>
          <w:tcPr>
            <w:tcW w:w="3402" w:type="dxa"/>
            <w:tcBorders>
              <w:top w:val="single" w:sz="4" w:space="0" w:color="D0D3D5"/>
              <w:left w:val="single" w:sz="4" w:space="0" w:color="D0D3D5"/>
              <w:bottom w:val="single" w:sz="4" w:space="0" w:color="D0D3D5"/>
              <w:right w:val="single" w:sz="4" w:space="0" w:color="D0D3D5"/>
            </w:tcBorders>
            <w:shd w:val="clear" w:color="auto" w:fill="F3F4F5"/>
            <w:tcMar>
              <w:top w:w="100" w:type="dxa"/>
              <w:left w:w="100" w:type="dxa"/>
              <w:bottom w:w="100" w:type="dxa"/>
              <w:right w:w="100" w:type="dxa"/>
            </w:tcMar>
            <w:vAlign w:val="center"/>
          </w:tcPr>
          <w:p w14:paraId="192A9BC0" w14:textId="77777777" w:rsidR="00313787" w:rsidRPr="00B57F18" w:rsidRDefault="00000000">
            <w:pPr>
              <w:spacing w:after="0"/>
              <w:rPr>
                <w:rFonts w:asciiTheme="majorHAnsi" w:hAnsiTheme="majorHAnsi" w:cstheme="majorHAnsi"/>
              </w:rPr>
            </w:pPr>
            <w:r w:rsidRPr="00B57F18">
              <w:rPr>
                <w:rFonts w:asciiTheme="majorHAnsi" w:eastAsia="Arial" w:hAnsiTheme="majorHAnsi" w:cstheme="majorHAnsi"/>
                <w:b/>
                <w:color w:val="333333"/>
                <w:sz w:val="19"/>
              </w:rPr>
              <w:t>E-mail</w:t>
            </w:r>
          </w:p>
        </w:tc>
        <w:tc>
          <w:tcPr>
            <w:tcW w:w="6350" w:type="dxa"/>
            <w:tcBorders>
              <w:top w:val="single" w:sz="4" w:space="0" w:color="D0D3D5"/>
              <w:left w:val="single" w:sz="4" w:space="0" w:color="D0D3D5"/>
              <w:bottom w:val="single" w:sz="4" w:space="0" w:color="D0D3D5"/>
              <w:right w:val="single" w:sz="4" w:space="0" w:color="D0D3D5"/>
            </w:tcBorders>
            <w:shd w:val="clear" w:color="auto" w:fill="FFFFFF"/>
            <w:tcMar>
              <w:top w:w="100" w:type="dxa"/>
              <w:left w:w="100" w:type="dxa"/>
              <w:bottom w:w="100" w:type="dxa"/>
              <w:right w:w="100" w:type="dxa"/>
            </w:tcMar>
            <w:vAlign w:val="center"/>
          </w:tcPr>
          <w:p w14:paraId="12A5D5F1" w14:textId="77777777" w:rsidR="00313787" w:rsidRPr="00B57F18" w:rsidRDefault="00313787">
            <w:pPr>
              <w:spacing w:after="0"/>
              <w:rPr>
                <w:rFonts w:asciiTheme="majorHAnsi" w:hAnsiTheme="majorHAnsi" w:cstheme="majorHAnsi"/>
              </w:rPr>
            </w:pPr>
          </w:p>
        </w:tc>
      </w:tr>
      <w:tr w:rsidR="00313787" w:rsidRPr="00B57F18" w14:paraId="5E761093" w14:textId="77777777">
        <w:trPr>
          <w:jc w:val="center"/>
        </w:trPr>
        <w:tc>
          <w:tcPr>
            <w:tcW w:w="3402" w:type="dxa"/>
            <w:tcBorders>
              <w:top w:val="single" w:sz="4" w:space="0" w:color="D0D3D5"/>
              <w:left w:val="single" w:sz="4" w:space="0" w:color="D0D3D5"/>
              <w:bottom w:val="single" w:sz="4" w:space="0" w:color="D0D3D5"/>
              <w:right w:val="single" w:sz="4" w:space="0" w:color="D0D3D5"/>
            </w:tcBorders>
            <w:shd w:val="clear" w:color="auto" w:fill="F3F4F5"/>
            <w:tcMar>
              <w:top w:w="100" w:type="dxa"/>
              <w:left w:w="100" w:type="dxa"/>
              <w:bottom w:w="100" w:type="dxa"/>
              <w:right w:w="100" w:type="dxa"/>
            </w:tcMar>
            <w:vAlign w:val="center"/>
          </w:tcPr>
          <w:p w14:paraId="386D4668" w14:textId="77777777" w:rsidR="00313787" w:rsidRPr="00B57F18" w:rsidRDefault="00000000">
            <w:pPr>
              <w:spacing w:after="0"/>
              <w:rPr>
                <w:rFonts w:asciiTheme="majorHAnsi" w:hAnsiTheme="majorHAnsi" w:cstheme="majorHAnsi"/>
              </w:rPr>
            </w:pPr>
            <w:r w:rsidRPr="00B57F18">
              <w:rPr>
                <w:rFonts w:asciiTheme="majorHAnsi" w:eastAsia="Arial" w:hAnsiTheme="majorHAnsi" w:cstheme="majorHAnsi"/>
                <w:b/>
                <w:color w:val="333333"/>
                <w:sz w:val="19"/>
              </w:rPr>
              <w:t>Data sporządzenia / wersja</w:t>
            </w:r>
          </w:p>
        </w:tc>
        <w:tc>
          <w:tcPr>
            <w:tcW w:w="6350" w:type="dxa"/>
            <w:tcBorders>
              <w:top w:val="single" w:sz="4" w:space="0" w:color="D0D3D5"/>
              <w:left w:val="single" w:sz="4" w:space="0" w:color="D0D3D5"/>
              <w:bottom w:val="single" w:sz="4" w:space="0" w:color="D0D3D5"/>
              <w:right w:val="single" w:sz="4" w:space="0" w:color="D0D3D5"/>
            </w:tcBorders>
            <w:shd w:val="clear" w:color="auto" w:fill="FFFFFF"/>
            <w:tcMar>
              <w:top w:w="100" w:type="dxa"/>
              <w:left w:w="100" w:type="dxa"/>
              <w:bottom w:w="100" w:type="dxa"/>
              <w:right w:w="100" w:type="dxa"/>
            </w:tcMar>
            <w:vAlign w:val="center"/>
          </w:tcPr>
          <w:p w14:paraId="5332C9D7" w14:textId="77777777" w:rsidR="00313787" w:rsidRPr="00B57F18" w:rsidRDefault="00313787">
            <w:pPr>
              <w:spacing w:after="0"/>
              <w:rPr>
                <w:rFonts w:asciiTheme="majorHAnsi" w:hAnsiTheme="majorHAnsi" w:cstheme="majorHAnsi"/>
              </w:rPr>
            </w:pPr>
          </w:p>
        </w:tc>
      </w:tr>
    </w:tbl>
    <w:p w14:paraId="7266BE93" w14:textId="77777777" w:rsidR="00313787" w:rsidRPr="00B57F18" w:rsidRDefault="00313787">
      <w:pPr>
        <w:spacing w:after="40"/>
        <w:rPr>
          <w:rFonts w:asciiTheme="majorHAnsi" w:hAnsiTheme="majorHAnsi" w:cstheme="majorHAnsi"/>
        </w:rPr>
      </w:pPr>
    </w:p>
    <w:p w14:paraId="6AAA122C" w14:textId="77777777" w:rsidR="00313787" w:rsidRPr="00B57F18" w:rsidRDefault="00000000">
      <w:pPr>
        <w:spacing w:before="100" w:after="60"/>
        <w:rPr>
          <w:rFonts w:asciiTheme="majorHAnsi" w:hAnsiTheme="majorHAnsi" w:cstheme="majorHAnsi"/>
        </w:rPr>
      </w:pPr>
      <w:r w:rsidRPr="00B57F18">
        <w:rPr>
          <w:rFonts w:asciiTheme="majorHAnsi" w:eastAsia="Arial" w:hAnsiTheme="majorHAnsi" w:cstheme="majorHAnsi"/>
          <w:b/>
          <w:color w:val="333333"/>
          <w:sz w:val="20"/>
        </w:rPr>
        <w:t>Etap przedsięwzięcia:</w:t>
      </w:r>
    </w:p>
    <w:p w14:paraId="19881D18" w14:textId="77777777" w:rsidR="00313787" w:rsidRPr="00B57F18" w:rsidRDefault="00000000">
      <w:pPr>
        <w:spacing w:after="160"/>
        <w:rPr>
          <w:rFonts w:asciiTheme="majorHAnsi" w:hAnsiTheme="majorHAnsi" w:cstheme="majorHAnsi"/>
          <w:lang w:val="pl-PL"/>
        </w:rPr>
      </w:pPr>
      <w:r w:rsidRPr="00B57F18">
        <w:rPr>
          <w:rFonts w:asciiTheme="majorHAnsi" w:eastAsia="Arial" w:hAnsiTheme="majorHAnsi" w:cstheme="majorHAnsi"/>
          <w:color w:val="333333"/>
          <w:sz w:val="19"/>
          <w:lang w:val="pl-PL"/>
        </w:rPr>
        <w:t>□ pomysł / koncepcja     □ prototyp / pierwsza wersja produktu     □ pilotaż     □ pierwsza sprzedaż     □ rozwój / skalowanie</w:t>
      </w:r>
    </w:p>
    <w:tbl>
      <w:tblPr>
        <w:tblW w:w="0" w:type="auto"/>
        <w:jc w:val="center"/>
        <w:tblLayout w:type="fixed"/>
        <w:tblLook w:val="04A0" w:firstRow="1" w:lastRow="0" w:firstColumn="1" w:lastColumn="0" w:noHBand="0" w:noVBand="1"/>
      </w:tblPr>
      <w:tblGrid>
        <w:gridCol w:w="9978"/>
      </w:tblGrid>
      <w:tr w:rsidR="00313787" w:rsidRPr="00B57F18" w14:paraId="0A10B400" w14:textId="77777777">
        <w:trPr>
          <w:jc w:val="center"/>
        </w:trPr>
        <w:tc>
          <w:tcPr>
            <w:tcW w:w="9978" w:type="dxa"/>
            <w:tcBorders>
              <w:top w:val="nil"/>
              <w:left w:val="single" w:sz="14" w:space="0" w:color="F58220"/>
              <w:bottom w:val="nil"/>
              <w:right w:val="nil"/>
            </w:tcBorders>
            <w:shd w:val="clear" w:color="auto" w:fill="FFF4E9"/>
            <w:tcMar>
              <w:top w:w="120" w:type="dxa"/>
              <w:left w:w="140" w:type="dxa"/>
              <w:bottom w:w="120" w:type="dxa"/>
              <w:right w:w="140" w:type="dxa"/>
            </w:tcMar>
          </w:tcPr>
          <w:p w14:paraId="15D0E5E8" w14:textId="77777777" w:rsidR="00313787" w:rsidRPr="00B57F18" w:rsidRDefault="00000000">
            <w:pPr>
              <w:spacing w:after="0" w:line="252" w:lineRule="auto"/>
              <w:rPr>
                <w:rFonts w:asciiTheme="majorHAnsi" w:hAnsiTheme="majorHAnsi" w:cstheme="majorHAnsi"/>
                <w:lang w:val="pl-PL"/>
              </w:rPr>
            </w:pPr>
            <w:r w:rsidRPr="00B57F18">
              <w:rPr>
                <w:rFonts w:asciiTheme="majorHAnsi" w:eastAsia="Arial" w:hAnsiTheme="majorHAnsi" w:cstheme="majorHAnsi"/>
                <w:color w:val="333333"/>
                <w:sz w:val="18"/>
                <w:lang w:val="pl-PL"/>
              </w:rPr>
              <w:t>Ten wzór został przygotowany tak, aby można go było wypełnić bez znajomości specjalistycznych pojęć inwestycyjnych i finansowych. Proszę opisywać założenia prostym językiem. Jeżeli dokładna wartość nie jest jeszcze znana, można podać ostrożny szacunek i krótko wyjaśnić sposób jego ustalenia. MARR S.A. może poprosić o dodatkowe dane lub bardziej szczegółowy model finansowy na dalszym etapie analizy.</w:t>
            </w:r>
          </w:p>
        </w:tc>
      </w:tr>
    </w:tbl>
    <w:p w14:paraId="3DD618C0" w14:textId="77777777" w:rsidR="00313787" w:rsidRPr="00B57F18" w:rsidRDefault="00313787">
      <w:pPr>
        <w:spacing w:after="40"/>
        <w:rPr>
          <w:rFonts w:asciiTheme="majorHAnsi" w:hAnsiTheme="majorHAnsi" w:cstheme="majorHAnsi"/>
          <w:lang w:val="pl-PL"/>
        </w:rPr>
      </w:pPr>
    </w:p>
    <w:p w14:paraId="598052CB" w14:textId="77777777" w:rsidR="00313787" w:rsidRPr="00B57F18" w:rsidRDefault="00000000">
      <w:pPr>
        <w:spacing w:before="100" w:after="60"/>
        <w:rPr>
          <w:rFonts w:asciiTheme="majorHAnsi" w:hAnsiTheme="majorHAnsi" w:cstheme="majorHAnsi"/>
        </w:rPr>
      </w:pPr>
      <w:proofErr w:type="spellStart"/>
      <w:r w:rsidRPr="00B57F18">
        <w:rPr>
          <w:rFonts w:asciiTheme="majorHAnsi" w:eastAsia="Arial" w:hAnsiTheme="majorHAnsi" w:cstheme="majorHAnsi"/>
          <w:b/>
          <w:color w:val="55585A"/>
        </w:rPr>
        <w:t>Oświadczenia</w:t>
      </w:r>
      <w:proofErr w:type="spellEnd"/>
    </w:p>
    <w:p w14:paraId="2AF515CE"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Oświadczam, że informacje przedstawione w biznesplanie są zgodne z moją najlepszą wiedzą i mogą zostać wykorzystane przez MARR S.A. do analizy przedsięwzięcia i prowadzenia rozmów dotyczących potencjalnego wejścia kapitałowego.</w:t>
      </w:r>
    </w:p>
    <w:p w14:paraId="1752546F"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Oświadczam, że jestem uprawniona/y do przedstawienia informacji, materiałów i danych zawartych w biznesplanie.</w:t>
      </w:r>
    </w:p>
    <w:p w14:paraId="4C7DDC92"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Potwierdzam zapoznanie się z informacją o przetwarzaniu danych osobowych zamieszczoną na końcu wzoru.</w:t>
      </w:r>
    </w:p>
    <w:p w14:paraId="1383BA5D" w14:textId="77777777" w:rsidR="00313787" w:rsidRPr="00B57F18" w:rsidRDefault="00000000">
      <w:pPr>
        <w:spacing w:before="160" w:after="0"/>
        <w:rPr>
          <w:rFonts w:asciiTheme="majorHAnsi" w:hAnsiTheme="majorHAnsi" w:cstheme="majorHAnsi"/>
          <w:lang w:val="pl-PL"/>
        </w:rPr>
      </w:pPr>
      <w:r w:rsidRPr="00B57F18">
        <w:rPr>
          <w:rFonts w:asciiTheme="majorHAnsi" w:eastAsia="Arial" w:hAnsiTheme="majorHAnsi" w:cstheme="majorHAnsi"/>
          <w:color w:val="333333"/>
          <w:sz w:val="20"/>
          <w:lang w:val="pl-PL"/>
        </w:rPr>
        <w:t>Miejscowość i data: ______________________________    Podpis: __________________________________</w:t>
      </w:r>
    </w:p>
    <w:p w14:paraId="3F9135C9" w14:textId="77777777" w:rsidR="00313787" w:rsidRPr="00B57F18" w:rsidRDefault="00000000">
      <w:pPr>
        <w:keepNext/>
        <w:pageBreakBefore/>
        <w:pBdr>
          <w:bottom w:val="single" w:sz="12" w:space="2" w:color="F58220"/>
        </w:pBdr>
        <w:spacing w:before="160" w:after="120"/>
        <w:rPr>
          <w:rFonts w:asciiTheme="majorHAnsi" w:hAnsiTheme="majorHAnsi" w:cstheme="majorHAnsi"/>
          <w:lang w:val="pl-PL"/>
        </w:rPr>
      </w:pPr>
      <w:r w:rsidRPr="00B57F18">
        <w:rPr>
          <w:rFonts w:asciiTheme="majorHAnsi" w:eastAsia="Arial" w:hAnsiTheme="majorHAnsi" w:cstheme="majorHAnsi"/>
          <w:b/>
          <w:color w:val="55585A"/>
          <w:sz w:val="28"/>
          <w:lang w:val="pl-PL"/>
        </w:rPr>
        <w:lastRenderedPageBreak/>
        <w:t>Jak wypełnić biznesplan</w:t>
      </w:r>
    </w:p>
    <w:tbl>
      <w:tblPr>
        <w:tblW w:w="0" w:type="auto"/>
        <w:jc w:val="center"/>
        <w:tblLayout w:type="fixed"/>
        <w:tblLook w:val="04A0" w:firstRow="1" w:lastRow="0" w:firstColumn="1" w:lastColumn="0" w:noHBand="0" w:noVBand="1"/>
      </w:tblPr>
      <w:tblGrid>
        <w:gridCol w:w="9978"/>
      </w:tblGrid>
      <w:tr w:rsidR="00313787" w:rsidRPr="00B57F18" w14:paraId="0313BAB8" w14:textId="77777777">
        <w:trPr>
          <w:jc w:val="center"/>
        </w:trPr>
        <w:tc>
          <w:tcPr>
            <w:tcW w:w="9978" w:type="dxa"/>
            <w:tcBorders>
              <w:top w:val="nil"/>
              <w:left w:val="single" w:sz="14" w:space="0" w:color="F58220"/>
              <w:bottom w:val="nil"/>
              <w:right w:val="nil"/>
            </w:tcBorders>
            <w:shd w:val="clear" w:color="auto" w:fill="FFF4E9"/>
            <w:tcMar>
              <w:top w:w="120" w:type="dxa"/>
              <w:left w:w="140" w:type="dxa"/>
              <w:bottom w:w="120" w:type="dxa"/>
              <w:right w:w="140" w:type="dxa"/>
            </w:tcMar>
          </w:tcPr>
          <w:p w14:paraId="40C93C1B" w14:textId="77777777" w:rsidR="00313787" w:rsidRPr="00B57F18" w:rsidRDefault="00000000">
            <w:pPr>
              <w:spacing w:after="0" w:line="252" w:lineRule="auto"/>
              <w:rPr>
                <w:rFonts w:asciiTheme="majorHAnsi" w:hAnsiTheme="majorHAnsi" w:cstheme="majorHAnsi"/>
                <w:lang w:val="pl-PL"/>
              </w:rPr>
            </w:pPr>
            <w:r w:rsidRPr="00B57F18">
              <w:rPr>
                <w:rFonts w:asciiTheme="majorHAnsi" w:eastAsia="Arial" w:hAnsiTheme="majorHAnsi" w:cstheme="majorHAnsi"/>
                <w:color w:val="333333"/>
                <w:sz w:val="18"/>
                <w:lang w:val="pl-PL"/>
              </w:rPr>
              <w:t>Nie chodzi o stworzenie „profesjonalnego dokumentu inwestorskiego”. Najważniejsze jest przedstawienie spójnego pomysłu, realnych założeń i danych, które można zweryfikować.</w:t>
            </w:r>
          </w:p>
        </w:tc>
      </w:tr>
    </w:tbl>
    <w:p w14:paraId="26EECF54" w14:textId="77777777" w:rsidR="00313787" w:rsidRPr="00B57F18" w:rsidRDefault="00313787">
      <w:pPr>
        <w:spacing w:after="40"/>
        <w:rPr>
          <w:rFonts w:asciiTheme="majorHAnsi" w:hAnsiTheme="majorHAnsi" w:cstheme="majorHAnsi"/>
          <w:lang w:val="pl-PL"/>
        </w:rPr>
      </w:pPr>
    </w:p>
    <w:p w14:paraId="3294A2FC"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Odpowiadaj krótko i konkretnie. Jeżeli potrzebujesz więcej miejsca, możesz rozszerzyć pole lub dodać załącznik.</w:t>
      </w:r>
    </w:p>
    <w:p w14:paraId="0B3D6362"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Jeżeli dane pytanie nie dotyczy przedsięwzięcia, wpisz „nie dotyczy”.</w:t>
      </w:r>
    </w:p>
    <w:p w14:paraId="4D1A652B"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Kwoty podawaj w PLN, chyba że dane źródłowe są dostępne w innej walucie.</w:t>
      </w:r>
    </w:p>
    <w:p w14:paraId="08A7EFCD"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Przy ważnych danych rynkowych, cenach i prognozach wskaż źródło albo opisz, jak wykonano szacunek.</w:t>
      </w:r>
    </w:p>
    <w:p w14:paraId="2DA74266"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Nie wpisuj danych osobowych, które nie są potrzebne do oceny przedsięwzięcia, np. numerów PESEL czy prywatnych adresów.</w:t>
      </w:r>
    </w:p>
    <w:p w14:paraId="04AAFC01"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Jeżeli spółka już działa, dołącz dostępne dokumenty finansowe. Jeżeli przedsięwzięcie jest na bardzo wczesnym etapie, wystarczą uzasadnione prognozy i założenia.</w:t>
      </w:r>
    </w:p>
    <w:p w14:paraId="2E9267A4" w14:textId="77777777" w:rsidR="00313787" w:rsidRPr="00B57F18" w:rsidRDefault="00000000">
      <w:pPr>
        <w:keepNext/>
        <w:spacing w:before="140" w:after="80"/>
        <w:rPr>
          <w:rFonts w:asciiTheme="majorHAnsi" w:hAnsiTheme="majorHAnsi" w:cstheme="majorHAnsi"/>
        </w:rPr>
      </w:pPr>
      <w:proofErr w:type="spellStart"/>
      <w:r w:rsidRPr="00B57F18">
        <w:rPr>
          <w:rFonts w:asciiTheme="majorHAnsi" w:eastAsia="Arial" w:hAnsiTheme="majorHAnsi" w:cstheme="majorHAnsi"/>
          <w:b/>
          <w:color w:val="55585A"/>
          <w:sz w:val="23"/>
        </w:rPr>
        <w:t>Zakres</w:t>
      </w:r>
      <w:proofErr w:type="spellEnd"/>
      <w:r w:rsidRPr="00B57F18">
        <w:rPr>
          <w:rFonts w:asciiTheme="majorHAnsi" w:eastAsia="Arial" w:hAnsiTheme="majorHAnsi" w:cstheme="majorHAnsi"/>
          <w:b/>
          <w:color w:val="55585A"/>
          <w:sz w:val="23"/>
        </w:rPr>
        <w:t xml:space="preserve"> </w:t>
      </w:r>
      <w:proofErr w:type="spellStart"/>
      <w:r w:rsidRPr="00B57F18">
        <w:rPr>
          <w:rFonts w:asciiTheme="majorHAnsi" w:eastAsia="Arial" w:hAnsiTheme="majorHAnsi" w:cstheme="majorHAnsi"/>
          <w:b/>
          <w:color w:val="55585A"/>
          <w:sz w:val="23"/>
        </w:rPr>
        <w:t>dokumentu</w:t>
      </w:r>
      <w:proofErr w:type="spellEnd"/>
    </w:p>
    <w:p w14:paraId="419EB7AC" w14:textId="77777777" w:rsidR="00313787" w:rsidRPr="00B57F18" w:rsidRDefault="00000000">
      <w:pPr>
        <w:pStyle w:val="Listapunktowana"/>
        <w:spacing w:after="40"/>
        <w:ind w:left="312" w:hanging="142"/>
        <w:rPr>
          <w:rFonts w:asciiTheme="majorHAnsi" w:hAnsiTheme="majorHAnsi" w:cstheme="majorHAnsi"/>
        </w:rPr>
      </w:pPr>
      <w:r w:rsidRPr="00B57F18">
        <w:rPr>
          <w:rFonts w:asciiTheme="majorHAnsi" w:eastAsia="Arial" w:hAnsiTheme="majorHAnsi" w:cstheme="majorHAnsi"/>
          <w:color w:val="333333"/>
        </w:rPr>
        <w:t>1. Przedsięwzięcie w skrócie</w:t>
      </w:r>
    </w:p>
    <w:p w14:paraId="00F92B10" w14:textId="77777777" w:rsidR="00313787" w:rsidRPr="00B57F18" w:rsidRDefault="00000000">
      <w:pPr>
        <w:pStyle w:val="Listapunktowana"/>
        <w:spacing w:after="40"/>
        <w:ind w:left="312" w:hanging="142"/>
        <w:rPr>
          <w:rFonts w:asciiTheme="majorHAnsi" w:hAnsiTheme="majorHAnsi" w:cstheme="majorHAnsi"/>
        </w:rPr>
      </w:pPr>
      <w:r w:rsidRPr="00B57F18">
        <w:rPr>
          <w:rFonts w:asciiTheme="majorHAnsi" w:eastAsia="Arial" w:hAnsiTheme="majorHAnsi" w:cstheme="majorHAnsi"/>
          <w:color w:val="333333"/>
        </w:rPr>
        <w:t>2. Projektodawca i zespół</w:t>
      </w:r>
    </w:p>
    <w:p w14:paraId="71F5B5AA" w14:textId="77777777" w:rsidR="00313787" w:rsidRPr="00B57F18" w:rsidRDefault="00000000">
      <w:pPr>
        <w:pStyle w:val="Listapunktowana"/>
        <w:spacing w:after="40"/>
        <w:ind w:left="312" w:hanging="142"/>
        <w:rPr>
          <w:rFonts w:asciiTheme="majorHAnsi" w:hAnsiTheme="majorHAnsi" w:cstheme="majorHAnsi"/>
        </w:rPr>
      </w:pPr>
      <w:r w:rsidRPr="00B57F18">
        <w:rPr>
          <w:rFonts w:asciiTheme="majorHAnsi" w:eastAsia="Arial" w:hAnsiTheme="majorHAnsi" w:cstheme="majorHAnsi"/>
          <w:color w:val="333333"/>
        </w:rPr>
        <w:t>3. Produkt / usługa i przewaga przedsięwzięcia</w:t>
      </w:r>
    </w:p>
    <w:p w14:paraId="7A472514" w14:textId="77777777" w:rsidR="00313787" w:rsidRPr="00B57F18" w:rsidRDefault="00000000">
      <w:pPr>
        <w:pStyle w:val="Listapunktowana"/>
        <w:spacing w:after="40"/>
        <w:ind w:left="312" w:hanging="142"/>
        <w:rPr>
          <w:rFonts w:asciiTheme="majorHAnsi" w:hAnsiTheme="majorHAnsi" w:cstheme="majorHAnsi"/>
        </w:rPr>
      </w:pPr>
      <w:r w:rsidRPr="00B57F18">
        <w:rPr>
          <w:rFonts w:asciiTheme="majorHAnsi" w:eastAsia="Arial" w:hAnsiTheme="majorHAnsi" w:cstheme="majorHAnsi"/>
          <w:color w:val="333333"/>
        </w:rPr>
        <w:t>4. Rynek, klienci i konkurencja</w:t>
      </w:r>
    </w:p>
    <w:p w14:paraId="1666726B" w14:textId="77777777" w:rsidR="00313787" w:rsidRPr="00B57F18" w:rsidRDefault="00000000">
      <w:pPr>
        <w:pStyle w:val="Listapunktowana"/>
        <w:spacing w:after="40"/>
        <w:ind w:left="312" w:hanging="142"/>
        <w:rPr>
          <w:rFonts w:asciiTheme="majorHAnsi" w:hAnsiTheme="majorHAnsi" w:cstheme="majorHAnsi"/>
        </w:rPr>
      </w:pPr>
      <w:r w:rsidRPr="00B57F18">
        <w:rPr>
          <w:rFonts w:asciiTheme="majorHAnsi" w:eastAsia="Arial" w:hAnsiTheme="majorHAnsi" w:cstheme="majorHAnsi"/>
          <w:color w:val="333333"/>
        </w:rPr>
        <w:t>5. Sprzedaż i sposób prowadzenia działalności</w:t>
      </w:r>
    </w:p>
    <w:p w14:paraId="734039FA" w14:textId="77777777" w:rsidR="00313787" w:rsidRPr="00B57F18" w:rsidRDefault="00000000">
      <w:pPr>
        <w:pStyle w:val="Listapunktowana"/>
        <w:spacing w:after="40"/>
        <w:ind w:left="312" w:hanging="142"/>
        <w:rPr>
          <w:rFonts w:asciiTheme="majorHAnsi" w:hAnsiTheme="majorHAnsi" w:cstheme="majorHAnsi"/>
        </w:rPr>
      </w:pPr>
      <w:r w:rsidRPr="00B57F18">
        <w:rPr>
          <w:rFonts w:asciiTheme="majorHAnsi" w:eastAsia="Arial" w:hAnsiTheme="majorHAnsi" w:cstheme="majorHAnsi"/>
          <w:color w:val="333333"/>
        </w:rPr>
        <w:t>6. Stan przygotowania i plan realizacji</w:t>
      </w:r>
    </w:p>
    <w:p w14:paraId="01FD1420" w14:textId="77777777" w:rsidR="00313787" w:rsidRPr="00B57F18" w:rsidRDefault="00000000">
      <w:pPr>
        <w:pStyle w:val="Listapunktowana"/>
        <w:spacing w:after="40"/>
        <w:ind w:left="312" w:hanging="142"/>
        <w:rPr>
          <w:rFonts w:asciiTheme="majorHAnsi" w:hAnsiTheme="majorHAnsi" w:cstheme="majorHAnsi"/>
        </w:rPr>
      </w:pPr>
      <w:r w:rsidRPr="00B57F18">
        <w:rPr>
          <w:rFonts w:asciiTheme="majorHAnsi" w:eastAsia="Arial" w:hAnsiTheme="majorHAnsi" w:cstheme="majorHAnsi"/>
          <w:color w:val="333333"/>
        </w:rPr>
        <w:t>7. Najważniejsze ryzyka</w:t>
      </w:r>
    </w:p>
    <w:p w14:paraId="64F9BD1B"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8. Potrzeby finansowe i wejście kapitałowe MARR S.A.</w:t>
      </w:r>
    </w:p>
    <w:p w14:paraId="5BD89877" w14:textId="77777777" w:rsidR="00313787" w:rsidRPr="00B57F18" w:rsidRDefault="00000000">
      <w:pPr>
        <w:pStyle w:val="Listapunktowana"/>
        <w:spacing w:after="40"/>
        <w:ind w:left="312" w:hanging="142"/>
        <w:rPr>
          <w:rFonts w:asciiTheme="majorHAnsi" w:hAnsiTheme="majorHAnsi" w:cstheme="majorHAnsi"/>
        </w:rPr>
      </w:pPr>
      <w:r w:rsidRPr="00B57F18">
        <w:rPr>
          <w:rFonts w:asciiTheme="majorHAnsi" w:eastAsia="Arial" w:hAnsiTheme="majorHAnsi" w:cstheme="majorHAnsi"/>
          <w:color w:val="333333"/>
        </w:rPr>
        <w:t>9. Prognoza sprzedaży, kosztów i wyniku</w:t>
      </w:r>
    </w:p>
    <w:p w14:paraId="1F5DEE0A" w14:textId="77777777" w:rsidR="00313787" w:rsidRPr="00B57F18" w:rsidRDefault="00000000">
      <w:pPr>
        <w:pStyle w:val="Listapunktowana"/>
        <w:spacing w:after="40"/>
        <w:ind w:left="312" w:hanging="142"/>
        <w:rPr>
          <w:rFonts w:asciiTheme="majorHAnsi" w:hAnsiTheme="majorHAnsi" w:cstheme="majorHAnsi"/>
        </w:rPr>
      </w:pPr>
      <w:r w:rsidRPr="00B57F18">
        <w:rPr>
          <w:rFonts w:asciiTheme="majorHAnsi" w:eastAsia="Arial" w:hAnsiTheme="majorHAnsi" w:cstheme="majorHAnsi"/>
          <w:color w:val="333333"/>
        </w:rPr>
        <w:t>10. Załączniki</w:t>
      </w:r>
    </w:p>
    <w:p w14:paraId="7181C32E" w14:textId="77777777" w:rsidR="00313787" w:rsidRPr="00B57F18" w:rsidRDefault="00000000">
      <w:pPr>
        <w:pStyle w:val="Listapunktowana"/>
        <w:spacing w:after="40"/>
        <w:ind w:left="312" w:hanging="142"/>
        <w:rPr>
          <w:rFonts w:asciiTheme="majorHAnsi" w:hAnsiTheme="majorHAnsi" w:cstheme="majorHAnsi"/>
        </w:rPr>
      </w:pPr>
      <w:r w:rsidRPr="00B57F18">
        <w:rPr>
          <w:rFonts w:asciiTheme="majorHAnsi" w:eastAsia="Arial" w:hAnsiTheme="majorHAnsi" w:cstheme="majorHAnsi"/>
          <w:color w:val="333333"/>
        </w:rPr>
        <w:t>11. Informacja o przetwarzaniu danych osobowych</w:t>
      </w:r>
    </w:p>
    <w:p w14:paraId="1A29BBD7" w14:textId="77777777" w:rsidR="00313787" w:rsidRPr="00B57F18" w:rsidRDefault="00000000">
      <w:pPr>
        <w:keepNext/>
        <w:pageBreakBefore/>
        <w:pBdr>
          <w:bottom w:val="single" w:sz="12" w:space="2" w:color="F58220"/>
        </w:pBdr>
        <w:spacing w:before="160" w:after="120"/>
        <w:rPr>
          <w:rFonts w:asciiTheme="majorHAnsi" w:hAnsiTheme="majorHAnsi" w:cstheme="majorHAnsi"/>
        </w:rPr>
      </w:pPr>
      <w:r w:rsidRPr="00B57F18">
        <w:rPr>
          <w:rFonts w:asciiTheme="majorHAnsi" w:eastAsia="Arial" w:hAnsiTheme="majorHAnsi" w:cstheme="majorHAnsi"/>
          <w:b/>
          <w:color w:val="55585A"/>
          <w:sz w:val="28"/>
        </w:rPr>
        <w:lastRenderedPageBreak/>
        <w:t>1. Przedsięwzięcie w skrócie</w:t>
      </w:r>
    </w:p>
    <w:tbl>
      <w:tblPr>
        <w:tblW w:w="0" w:type="auto"/>
        <w:jc w:val="center"/>
        <w:tblLayout w:type="fixed"/>
        <w:tblLook w:val="04A0" w:firstRow="1" w:lastRow="0" w:firstColumn="1" w:lastColumn="0" w:noHBand="0" w:noVBand="1"/>
      </w:tblPr>
      <w:tblGrid>
        <w:gridCol w:w="9978"/>
      </w:tblGrid>
      <w:tr w:rsidR="00313787" w:rsidRPr="00B57F18" w14:paraId="07AA2F74" w14:textId="77777777">
        <w:trPr>
          <w:jc w:val="center"/>
        </w:trPr>
        <w:tc>
          <w:tcPr>
            <w:tcW w:w="9978" w:type="dxa"/>
            <w:tcBorders>
              <w:top w:val="nil"/>
              <w:left w:val="single" w:sz="14" w:space="0" w:color="F58220"/>
              <w:bottom w:val="nil"/>
              <w:right w:val="nil"/>
            </w:tcBorders>
            <w:shd w:val="clear" w:color="auto" w:fill="FFF4E9"/>
            <w:tcMar>
              <w:top w:w="120" w:type="dxa"/>
              <w:left w:w="140" w:type="dxa"/>
              <w:bottom w:w="120" w:type="dxa"/>
              <w:right w:w="140" w:type="dxa"/>
            </w:tcMar>
          </w:tcPr>
          <w:p w14:paraId="4E17F1F5" w14:textId="77777777" w:rsidR="00313787" w:rsidRPr="00B57F18" w:rsidRDefault="00000000">
            <w:pPr>
              <w:spacing w:after="0" w:line="252" w:lineRule="auto"/>
              <w:rPr>
                <w:rFonts w:asciiTheme="majorHAnsi" w:hAnsiTheme="majorHAnsi" w:cstheme="majorHAnsi"/>
              </w:rPr>
            </w:pPr>
            <w:r w:rsidRPr="00B57F18">
              <w:rPr>
                <w:rFonts w:asciiTheme="majorHAnsi" w:eastAsia="Arial" w:hAnsiTheme="majorHAnsi" w:cstheme="majorHAnsi"/>
                <w:color w:val="333333"/>
                <w:sz w:val="18"/>
                <w:lang w:val="pl-PL"/>
              </w:rPr>
              <w:t xml:space="preserve">Ta część powinna pozwolić zrozumieć pomysł bez czytania całego dokumentu. </w:t>
            </w:r>
            <w:proofErr w:type="spellStart"/>
            <w:r w:rsidRPr="00B57F18">
              <w:rPr>
                <w:rFonts w:asciiTheme="majorHAnsi" w:eastAsia="Arial" w:hAnsiTheme="majorHAnsi" w:cstheme="majorHAnsi"/>
                <w:color w:val="333333"/>
                <w:sz w:val="18"/>
              </w:rPr>
              <w:t>Wystarczy</w:t>
            </w:r>
            <w:proofErr w:type="spellEnd"/>
            <w:r w:rsidRPr="00B57F18">
              <w:rPr>
                <w:rFonts w:asciiTheme="majorHAnsi" w:eastAsia="Arial" w:hAnsiTheme="majorHAnsi" w:cstheme="majorHAnsi"/>
                <w:color w:val="333333"/>
                <w:sz w:val="18"/>
              </w:rPr>
              <w:t xml:space="preserve"> 1–2 </w:t>
            </w:r>
            <w:proofErr w:type="spellStart"/>
            <w:r w:rsidRPr="00B57F18">
              <w:rPr>
                <w:rFonts w:asciiTheme="majorHAnsi" w:eastAsia="Arial" w:hAnsiTheme="majorHAnsi" w:cstheme="majorHAnsi"/>
                <w:color w:val="333333"/>
                <w:sz w:val="18"/>
              </w:rPr>
              <w:t>strony</w:t>
            </w:r>
            <w:proofErr w:type="spellEnd"/>
            <w:r w:rsidRPr="00B57F18">
              <w:rPr>
                <w:rFonts w:asciiTheme="majorHAnsi" w:eastAsia="Arial" w:hAnsiTheme="majorHAnsi" w:cstheme="majorHAnsi"/>
                <w:color w:val="333333"/>
                <w:sz w:val="18"/>
              </w:rPr>
              <w:t>.</w:t>
            </w:r>
          </w:p>
        </w:tc>
      </w:tr>
    </w:tbl>
    <w:p w14:paraId="26EB3AC0" w14:textId="77777777" w:rsidR="00313787" w:rsidRPr="00B57F18" w:rsidRDefault="00313787">
      <w:pPr>
        <w:spacing w:after="40"/>
        <w:rPr>
          <w:rFonts w:asciiTheme="majorHAnsi" w:hAnsiTheme="majorHAnsi" w:cstheme="majorHAnsi"/>
        </w:rPr>
      </w:pPr>
    </w:p>
    <w:p w14:paraId="2939A7C6"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1.1. Jaki problem klienta lub potrzebę rynkową rozwiązuje przedsięwzięcie?</w:t>
      </w:r>
    </w:p>
    <w:p w14:paraId="23E63079"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Proszę wskazać, kto ma ten problem i dlaczego jest on istotny.</w:t>
      </w:r>
    </w:p>
    <w:tbl>
      <w:tblPr>
        <w:tblW w:w="0" w:type="auto"/>
        <w:jc w:val="center"/>
        <w:tblLayout w:type="fixed"/>
        <w:tblLook w:val="04A0" w:firstRow="1" w:lastRow="0" w:firstColumn="1" w:lastColumn="0" w:noHBand="0" w:noVBand="1"/>
      </w:tblPr>
      <w:tblGrid>
        <w:gridCol w:w="9978"/>
      </w:tblGrid>
      <w:tr w:rsidR="00313787" w:rsidRPr="00B57F18" w14:paraId="7A73A0FC"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50DE47C1"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p>
        </w:tc>
      </w:tr>
    </w:tbl>
    <w:p w14:paraId="40F3D6A3" w14:textId="77777777" w:rsidR="00313787" w:rsidRPr="00B57F18" w:rsidRDefault="00313787">
      <w:pPr>
        <w:spacing w:after="20"/>
        <w:rPr>
          <w:rFonts w:asciiTheme="majorHAnsi" w:hAnsiTheme="majorHAnsi" w:cstheme="majorHAnsi"/>
          <w:lang w:val="pl-PL"/>
        </w:rPr>
      </w:pPr>
    </w:p>
    <w:p w14:paraId="657E050D"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1.2. Co będzie oferowane klientom?</w:t>
      </w:r>
    </w:p>
    <w:p w14:paraId="2E94BBC2"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Krótko: produkt, usługa lub rozwiązanie oraz najważniejsza korzyść dla klienta.</w:t>
      </w:r>
    </w:p>
    <w:tbl>
      <w:tblPr>
        <w:tblW w:w="0" w:type="auto"/>
        <w:jc w:val="center"/>
        <w:tblLayout w:type="fixed"/>
        <w:tblLook w:val="04A0" w:firstRow="1" w:lastRow="0" w:firstColumn="1" w:lastColumn="0" w:noHBand="0" w:noVBand="1"/>
      </w:tblPr>
      <w:tblGrid>
        <w:gridCol w:w="9978"/>
      </w:tblGrid>
      <w:tr w:rsidR="00313787" w:rsidRPr="00B57F18" w14:paraId="182044E0"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1AF3DADE"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p>
        </w:tc>
      </w:tr>
    </w:tbl>
    <w:p w14:paraId="28FF1121" w14:textId="77777777" w:rsidR="00313787" w:rsidRPr="00B57F18" w:rsidRDefault="00313787">
      <w:pPr>
        <w:spacing w:after="20"/>
        <w:rPr>
          <w:rFonts w:asciiTheme="majorHAnsi" w:hAnsiTheme="majorHAnsi" w:cstheme="majorHAnsi"/>
          <w:lang w:val="pl-PL"/>
        </w:rPr>
      </w:pPr>
    </w:p>
    <w:p w14:paraId="5C40EAF7"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1.3. Kto będzie klientem i w jaki sposób firma będzie zarabiać?</w:t>
      </w:r>
    </w:p>
    <w:p w14:paraId="4182E69D"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Np. sprzedaż produktu, abonament, opłata za usługę, licencja, prowizja.</w:t>
      </w:r>
    </w:p>
    <w:tbl>
      <w:tblPr>
        <w:tblW w:w="0" w:type="auto"/>
        <w:jc w:val="center"/>
        <w:tblLayout w:type="fixed"/>
        <w:tblLook w:val="04A0" w:firstRow="1" w:lastRow="0" w:firstColumn="1" w:lastColumn="0" w:noHBand="0" w:noVBand="1"/>
      </w:tblPr>
      <w:tblGrid>
        <w:gridCol w:w="9978"/>
      </w:tblGrid>
      <w:tr w:rsidR="00313787" w:rsidRPr="00B57F18" w14:paraId="0A6DC23C"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55D5E98E"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p>
        </w:tc>
      </w:tr>
    </w:tbl>
    <w:p w14:paraId="2FC11C83" w14:textId="77777777" w:rsidR="00313787" w:rsidRPr="00B57F18" w:rsidRDefault="00313787">
      <w:pPr>
        <w:spacing w:after="20"/>
        <w:rPr>
          <w:rFonts w:asciiTheme="majorHAnsi" w:hAnsiTheme="majorHAnsi" w:cstheme="majorHAnsi"/>
          <w:lang w:val="pl-PL"/>
        </w:rPr>
      </w:pPr>
    </w:p>
    <w:p w14:paraId="1E6FA795"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1.4. Na jakim etapie jest przedsięwzięcie i co już udało się osiągnąć?</w:t>
      </w:r>
    </w:p>
    <w:p w14:paraId="3C7CB860"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Np. prototyp, testy, pierwsze zamówienia, pilotaż, przychody, podpisane listy intencyjne.</w:t>
      </w:r>
    </w:p>
    <w:tbl>
      <w:tblPr>
        <w:tblW w:w="0" w:type="auto"/>
        <w:jc w:val="center"/>
        <w:tblLayout w:type="fixed"/>
        <w:tblLook w:val="04A0" w:firstRow="1" w:lastRow="0" w:firstColumn="1" w:lastColumn="0" w:noHBand="0" w:noVBand="1"/>
      </w:tblPr>
      <w:tblGrid>
        <w:gridCol w:w="9978"/>
      </w:tblGrid>
      <w:tr w:rsidR="00313787" w:rsidRPr="00B57F18" w14:paraId="576C1127"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17BA0C06"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p>
        </w:tc>
      </w:tr>
    </w:tbl>
    <w:p w14:paraId="67DAF03D" w14:textId="77777777" w:rsidR="00313787" w:rsidRPr="00B57F18" w:rsidRDefault="00313787">
      <w:pPr>
        <w:spacing w:after="20"/>
        <w:rPr>
          <w:rFonts w:asciiTheme="majorHAnsi" w:hAnsiTheme="majorHAnsi" w:cstheme="majorHAnsi"/>
          <w:lang w:val="pl-PL"/>
        </w:rPr>
      </w:pPr>
    </w:p>
    <w:p w14:paraId="553F43A7"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1.5. Dlaczego kapitał MARR S.A. jest potrzebny i co ma umożliwić?</w:t>
      </w:r>
    </w:p>
    <w:p w14:paraId="7713424B"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Proszę wskazać najważniejszy efekt inwestycji, np. uruchomienie sprzedaży, zakup urządzeń, zwiększenie produkcji, wejście na nowy rynek.</w:t>
      </w:r>
    </w:p>
    <w:tbl>
      <w:tblPr>
        <w:tblW w:w="0" w:type="auto"/>
        <w:jc w:val="center"/>
        <w:tblLayout w:type="fixed"/>
        <w:tblLook w:val="04A0" w:firstRow="1" w:lastRow="0" w:firstColumn="1" w:lastColumn="0" w:noHBand="0" w:noVBand="1"/>
      </w:tblPr>
      <w:tblGrid>
        <w:gridCol w:w="9978"/>
      </w:tblGrid>
      <w:tr w:rsidR="00313787" w:rsidRPr="00B57F18" w14:paraId="7F7FAC59"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38E33547"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p>
        </w:tc>
      </w:tr>
    </w:tbl>
    <w:p w14:paraId="6003BE14" w14:textId="77777777" w:rsidR="00313787" w:rsidRPr="00B57F18" w:rsidRDefault="00313787">
      <w:pPr>
        <w:spacing w:after="20"/>
        <w:rPr>
          <w:rFonts w:asciiTheme="majorHAnsi" w:hAnsiTheme="majorHAnsi" w:cstheme="majorHAnsi"/>
          <w:lang w:val="pl-PL"/>
        </w:rPr>
      </w:pPr>
    </w:p>
    <w:p w14:paraId="0A9FE6E7" w14:textId="77777777" w:rsidR="00313787" w:rsidRPr="00B57F18" w:rsidRDefault="00000000">
      <w:pPr>
        <w:keepNext/>
        <w:spacing w:before="140" w:after="80"/>
        <w:rPr>
          <w:rFonts w:asciiTheme="majorHAnsi" w:hAnsiTheme="majorHAnsi" w:cstheme="majorHAnsi"/>
        </w:rPr>
      </w:pPr>
      <w:proofErr w:type="spellStart"/>
      <w:r w:rsidRPr="00B57F18">
        <w:rPr>
          <w:rFonts w:asciiTheme="majorHAnsi" w:eastAsia="Arial" w:hAnsiTheme="majorHAnsi" w:cstheme="majorHAnsi"/>
          <w:b/>
          <w:color w:val="55585A"/>
          <w:sz w:val="23"/>
        </w:rPr>
        <w:t>Najważniejsze</w:t>
      </w:r>
      <w:proofErr w:type="spellEnd"/>
      <w:r w:rsidRPr="00B57F18">
        <w:rPr>
          <w:rFonts w:asciiTheme="majorHAnsi" w:eastAsia="Arial" w:hAnsiTheme="majorHAnsi" w:cstheme="majorHAnsi"/>
          <w:b/>
          <w:color w:val="55585A"/>
          <w:sz w:val="23"/>
        </w:rPr>
        <w:t xml:space="preserve"> </w:t>
      </w:r>
      <w:proofErr w:type="spellStart"/>
      <w:r w:rsidRPr="00B57F18">
        <w:rPr>
          <w:rFonts w:asciiTheme="majorHAnsi" w:eastAsia="Arial" w:hAnsiTheme="majorHAnsi" w:cstheme="majorHAnsi"/>
          <w:b/>
          <w:color w:val="55585A"/>
          <w:sz w:val="23"/>
        </w:rPr>
        <w:t>liczby</w:t>
      </w:r>
      <w:proofErr w:type="spellEnd"/>
    </w:p>
    <w:tbl>
      <w:tblPr>
        <w:tblW w:w="5000" w:type="pct"/>
        <w:jc w:val="center"/>
        <w:tblLook w:val="04A0" w:firstRow="1" w:lastRow="0" w:firstColumn="1" w:lastColumn="0" w:noHBand="0" w:noVBand="1"/>
      </w:tblPr>
      <w:tblGrid>
        <w:gridCol w:w="4198"/>
        <w:gridCol w:w="1924"/>
        <w:gridCol w:w="1924"/>
        <w:gridCol w:w="1924"/>
      </w:tblGrid>
      <w:tr w:rsidR="00313787" w:rsidRPr="00B57F18" w14:paraId="041A8359" w14:textId="77777777" w:rsidTr="00B57F18">
        <w:trPr>
          <w:tblHeader/>
          <w:jc w:val="center"/>
        </w:trPr>
        <w:tc>
          <w:tcPr>
            <w:tcW w:w="2105"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3369D308"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7"/>
              </w:rPr>
              <w:t>Informacja</w:t>
            </w:r>
          </w:p>
        </w:tc>
        <w:tc>
          <w:tcPr>
            <w:tcW w:w="965"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7DD1ACB3"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7"/>
              </w:rPr>
              <w:t>Rok 1</w:t>
            </w:r>
          </w:p>
        </w:tc>
        <w:tc>
          <w:tcPr>
            <w:tcW w:w="965"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6FDB4436"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7"/>
              </w:rPr>
              <w:t>Rok 3</w:t>
            </w:r>
          </w:p>
        </w:tc>
        <w:tc>
          <w:tcPr>
            <w:tcW w:w="965"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49D4CF1E"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7"/>
              </w:rPr>
              <w:t>Rok 5</w:t>
            </w:r>
          </w:p>
        </w:tc>
      </w:tr>
      <w:tr w:rsidR="00313787" w:rsidRPr="00B57F18" w14:paraId="7346D974" w14:textId="77777777" w:rsidTr="00B57F18">
        <w:trPr>
          <w:jc w:val="center"/>
        </w:trPr>
        <w:tc>
          <w:tcPr>
            <w:tcW w:w="210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82DB1D2"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7"/>
              </w:rPr>
              <w:t>Przychody ze sprzedaży</w:t>
            </w:r>
          </w:p>
        </w:tc>
        <w:tc>
          <w:tcPr>
            <w:tcW w:w="96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C0B7983" w14:textId="77777777" w:rsidR="00313787" w:rsidRPr="00B57F18" w:rsidRDefault="00313787">
            <w:pPr>
              <w:spacing w:after="0" w:line="240" w:lineRule="auto"/>
              <w:rPr>
                <w:rFonts w:asciiTheme="majorHAnsi" w:hAnsiTheme="majorHAnsi" w:cstheme="majorHAnsi"/>
              </w:rPr>
            </w:pPr>
          </w:p>
        </w:tc>
        <w:tc>
          <w:tcPr>
            <w:tcW w:w="96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F418795" w14:textId="77777777" w:rsidR="00313787" w:rsidRPr="00B57F18" w:rsidRDefault="00313787">
            <w:pPr>
              <w:spacing w:after="0" w:line="240" w:lineRule="auto"/>
              <w:rPr>
                <w:rFonts w:asciiTheme="majorHAnsi" w:hAnsiTheme="majorHAnsi" w:cstheme="majorHAnsi"/>
              </w:rPr>
            </w:pPr>
          </w:p>
        </w:tc>
        <w:tc>
          <w:tcPr>
            <w:tcW w:w="96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FFB35AC" w14:textId="77777777" w:rsidR="00313787" w:rsidRPr="00B57F18" w:rsidRDefault="00313787">
            <w:pPr>
              <w:spacing w:after="0" w:line="240" w:lineRule="auto"/>
              <w:rPr>
                <w:rFonts w:asciiTheme="majorHAnsi" w:hAnsiTheme="majorHAnsi" w:cstheme="majorHAnsi"/>
              </w:rPr>
            </w:pPr>
          </w:p>
        </w:tc>
      </w:tr>
      <w:tr w:rsidR="00313787" w:rsidRPr="00B57F18" w14:paraId="30438A56" w14:textId="77777777" w:rsidTr="00B57F18">
        <w:trPr>
          <w:jc w:val="center"/>
        </w:trPr>
        <w:tc>
          <w:tcPr>
            <w:tcW w:w="210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0112C68"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7"/>
              </w:rPr>
              <w:t>Wynik netto (zysk / strata)</w:t>
            </w:r>
          </w:p>
        </w:tc>
        <w:tc>
          <w:tcPr>
            <w:tcW w:w="96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DE14F99" w14:textId="77777777" w:rsidR="00313787" w:rsidRPr="00B57F18" w:rsidRDefault="00313787">
            <w:pPr>
              <w:spacing w:after="0" w:line="240" w:lineRule="auto"/>
              <w:rPr>
                <w:rFonts w:asciiTheme="majorHAnsi" w:hAnsiTheme="majorHAnsi" w:cstheme="majorHAnsi"/>
              </w:rPr>
            </w:pPr>
          </w:p>
        </w:tc>
        <w:tc>
          <w:tcPr>
            <w:tcW w:w="96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7B774CE" w14:textId="77777777" w:rsidR="00313787" w:rsidRPr="00B57F18" w:rsidRDefault="00313787">
            <w:pPr>
              <w:spacing w:after="0" w:line="240" w:lineRule="auto"/>
              <w:rPr>
                <w:rFonts w:asciiTheme="majorHAnsi" w:hAnsiTheme="majorHAnsi" w:cstheme="majorHAnsi"/>
              </w:rPr>
            </w:pPr>
          </w:p>
        </w:tc>
        <w:tc>
          <w:tcPr>
            <w:tcW w:w="96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408CA3F" w14:textId="77777777" w:rsidR="00313787" w:rsidRPr="00B57F18" w:rsidRDefault="00313787">
            <w:pPr>
              <w:spacing w:after="0" w:line="240" w:lineRule="auto"/>
              <w:rPr>
                <w:rFonts w:asciiTheme="majorHAnsi" w:hAnsiTheme="majorHAnsi" w:cstheme="majorHAnsi"/>
              </w:rPr>
            </w:pPr>
          </w:p>
        </w:tc>
      </w:tr>
      <w:tr w:rsidR="00313787" w:rsidRPr="00B57F18" w14:paraId="0FF05F05" w14:textId="77777777" w:rsidTr="00B57F18">
        <w:trPr>
          <w:jc w:val="center"/>
        </w:trPr>
        <w:tc>
          <w:tcPr>
            <w:tcW w:w="210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A1EC89B"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7"/>
              </w:rPr>
              <w:t>Liczba klientów / użytkowników</w:t>
            </w:r>
          </w:p>
        </w:tc>
        <w:tc>
          <w:tcPr>
            <w:tcW w:w="96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A02A118" w14:textId="77777777" w:rsidR="00313787" w:rsidRPr="00B57F18" w:rsidRDefault="00313787">
            <w:pPr>
              <w:spacing w:after="0" w:line="240" w:lineRule="auto"/>
              <w:rPr>
                <w:rFonts w:asciiTheme="majorHAnsi" w:hAnsiTheme="majorHAnsi" w:cstheme="majorHAnsi"/>
              </w:rPr>
            </w:pPr>
          </w:p>
        </w:tc>
        <w:tc>
          <w:tcPr>
            <w:tcW w:w="96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1EB1E2A" w14:textId="77777777" w:rsidR="00313787" w:rsidRPr="00B57F18" w:rsidRDefault="00313787">
            <w:pPr>
              <w:spacing w:after="0" w:line="240" w:lineRule="auto"/>
              <w:rPr>
                <w:rFonts w:asciiTheme="majorHAnsi" w:hAnsiTheme="majorHAnsi" w:cstheme="majorHAnsi"/>
              </w:rPr>
            </w:pPr>
          </w:p>
        </w:tc>
        <w:tc>
          <w:tcPr>
            <w:tcW w:w="96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3F10241" w14:textId="77777777" w:rsidR="00313787" w:rsidRPr="00B57F18" w:rsidRDefault="00313787">
            <w:pPr>
              <w:spacing w:after="0" w:line="240" w:lineRule="auto"/>
              <w:rPr>
                <w:rFonts w:asciiTheme="majorHAnsi" w:hAnsiTheme="majorHAnsi" w:cstheme="majorHAnsi"/>
              </w:rPr>
            </w:pPr>
          </w:p>
        </w:tc>
      </w:tr>
      <w:tr w:rsidR="00313787" w:rsidRPr="00B57F18" w14:paraId="1BCDDB77" w14:textId="77777777" w:rsidTr="00B57F18">
        <w:trPr>
          <w:jc w:val="center"/>
        </w:trPr>
        <w:tc>
          <w:tcPr>
            <w:tcW w:w="210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379E968"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7"/>
              </w:rPr>
              <w:t>Liczba pracowników / osób zaangażowanych</w:t>
            </w:r>
          </w:p>
        </w:tc>
        <w:tc>
          <w:tcPr>
            <w:tcW w:w="96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6FC0329" w14:textId="77777777" w:rsidR="00313787" w:rsidRPr="00B57F18" w:rsidRDefault="00313787">
            <w:pPr>
              <w:spacing w:after="0" w:line="240" w:lineRule="auto"/>
              <w:rPr>
                <w:rFonts w:asciiTheme="majorHAnsi" w:hAnsiTheme="majorHAnsi" w:cstheme="majorHAnsi"/>
              </w:rPr>
            </w:pPr>
          </w:p>
        </w:tc>
        <w:tc>
          <w:tcPr>
            <w:tcW w:w="96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D122791" w14:textId="77777777" w:rsidR="00313787" w:rsidRPr="00B57F18" w:rsidRDefault="00313787">
            <w:pPr>
              <w:spacing w:after="0" w:line="240" w:lineRule="auto"/>
              <w:rPr>
                <w:rFonts w:asciiTheme="majorHAnsi" w:hAnsiTheme="majorHAnsi" w:cstheme="majorHAnsi"/>
              </w:rPr>
            </w:pPr>
          </w:p>
        </w:tc>
        <w:tc>
          <w:tcPr>
            <w:tcW w:w="96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C84C030" w14:textId="77777777" w:rsidR="00313787" w:rsidRPr="00B57F18" w:rsidRDefault="00313787">
            <w:pPr>
              <w:spacing w:after="0" w:line="240" w:lineRule="auto"/>
              <w:rPr>
                <w:rFonts w:asciiTheme="majorHAnsi" w:hAnsiTheme="majorHAnsi" w:cstheme="majorHAnsi"/>
              </w:rPr>
            </w:pPr>
          </w:p>
        </w:tc>
      </w:tr>
      <w:tr w:rsidR="00313787" w:rsidRPr="00B57F18" w14:paraId="03B3BD88" w14:textId="77777777" w:rsidTr="00B57F18">
        <w:trPr>
          <w:jc w:val="center"/>
        </w:trPr>
        <w:tc>
          <w:tcPr>
            <w:tcW w:w="210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3691888"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7"/>
              </w:rPr>
              <w:t>Planowane nakłady inwestycyjne</w:t>
            </w:r>
          </w:p>
        </w:tc>
        <w:tc>
          <w:tcPr>
            <w:tcW w:w="96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1DEEB01" w14:textId="77777777" w:rsidR="00313787" w:rsidRPr="00B57F18" w:rsidRDefault="00313787">
            <w:pPr>
              <w:spacing w:after="0" w:line="240" w:lineRule="auto"/>
              <w:rPr>
                <w:rFonts w:asciiTheme="majorHAnsi" w:hAnsiTheme="majorHAnsi" w:cstheme="majorHAnsi"/>
              </w:rPr>
            </w:pPr>
          </w:p>
        </w:tc>
        <w:tc>
          <w:tcPr>
            <w:tcW w:w="96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FEA57C9" w14:textId="77777777" w:rsidR="00313787" w:rsidRPr="00B57F18" w:rsidRDefault="00313787">
            <w:pPr>
              <w:spacing w:after="0" w:line="240" w:lineRule="auto"/>
              <w:rPr>
                <w:rFonts w:asciiTheme="majorHAnsi" w:hAnsiTheme="majorHAnsi" w:cstheme="majorHAnsi"/>
              </w:rPr>
            </w:pPr>
          </w:p>
        </w:tc>
        <w:tc>
          <w:tcPr>
            <w:tcW w:w="96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C368C5D" w14:textId="77777777" w:rsidR="00313787" w:rsidRPr="00B57F18" w:rsidRDefault="00313787">
            <w:pPr>
              <w:spacing w:after="0" w:line="240" w:lineRule="auto"/>
              <w:rPr>
                <w:rFonts w:asciiTheme="majorHAnsi" w:hAnsiTheme="majorHAnsi" w:cstheme="majorHAnsi"/>
              </w:rPr>
            </w:pPr>
          </w:p>
        </w:tc>
      </w:tr>
      <w:tr w:rsidR="00313787" w:rsidRPr="00B57F18" w14:paraId="2FBFB7E5" w14:textId="77777777" w:rsidTr="00B57F18">
        <w:trPr>
          <w:jc w:val="center"/>
        </w:trPr>
        <w:tc>
          <w:tcPr>
            <w:tcW w:w="210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17AB3B2"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7"/>
              </w:rPr>
              <w:t>Potrzebne finansowanie zewnętrzne</w:t>
            </w:r>
          </w:p>
        </w:tc>
        <w:tc>
          <w:tcPr>
            <w:tcW w:w="96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B4C6A5C" w14:textId="77777777" w:rsidR="00313787" w:rsidRPr="00B57F18" w:rsidRDefault="00313787">
            <w:pPr>
              <w:spacing w:after="0" w:line="240" w:lineRule="auto"/>
              <w:rPr>
                <w:rFonts w:asciiTheme="majorHAnsi" w:hAnsiTheme="majorHAnsi" w:cstheme="majorHAnsi"/>
              </w:rPr>
            </w:pPr>
          </w:p>
        </w:tc>
        <w:tc>
          <w:tcPr>
            <w:tcW w:w="96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D993C30" w14:textId="77777777" w:rsidR="00313787" w:rsidRPr="00B57F18" w:rsidRDefault="00313787">
            <w:pPr>
              <w:spacing w:after="0" w:line="240" w:lineRule="auto"/>
              <w:rPr>
                <w:rFonts w:asciiTheme="majorHAnsi" w:hAnsiTheme="majorHAnsi" w:cstheme="majorHAnsi"/>
              </w:rPr>
            </w:pPr>
          </w:p>
        </w:tc>
        <w:tc>
          <w:tcPr>
            <w:tcW w:w="96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AA6E583" w14:textId="77777777" w:rsidR="00313787" w:rsidRPr="00B57F18" w:rsidRDefault="00313787">
            <w:pPr>
              <w:spacing w:after="0" w:line="240" w:lineRule="auto"/>
              <w:rPr>
                <w:rFonts w:asciiTheme="majorHAnsi" w:hAnsiTheme="majorHAnsi" w:cstheme="majorHAnsi"/>
              </w:rPr>
            </w:pPr>
          </w:p>
        </w:tc>
      </w:tr>
    </w:tbl>
    <w:p w14:paraId="68FE95D8" w14:textId="77777777" w:rsidR="00313787" w:rsidRPr="00B57F18" w:rsidRDefault="00313787">
      <w:pPr>
        <w:spacing w:after="40"/>
        <w:rPr>
          <w:rFonts w:asciiTheme="majorHAnsi" w:hAnsiTheme="majorHAnsi" w:cstheme="majorHAnsi"/>
        </w:rPr>
      </w:pPr>
    </w:p>
    <w:p w14:paraId="09C76E84" w14:textId="77777777" w:rsidR="00313787" w:rsidRPr="00B57F18" w:rsidRDefault="00000000">
      <w:pPr>
        <w:keepNext/>
        <w:pageBreakBefore/>
        <w:pBdr>
          <w:bottom w:val="single" w:sz="12" w:space="2" w:color="F58220"/>
        </w:pBdr>
        <w:spacing w:before="160" w:after="120"/>
        <w:rPr>
          <w:rFonts w:asciiTheme="majorHAnsi" w:hAnsiTheme="majorHAnsi" w:cstheme="majorHAnsi"/>
        </w:rPr>
      </w:pPr>
      <w:r w:rsidRPr="00B57F18">
        <w:rPr>
          <w:rFonts w:asciiTheme="majorHAnsi" w:eastAsia="Arial" w:hAnsiTheme="majorHAnsi" w:cstheme="majorHAnsi"/>
          <w:b/>
          <w:color w:val="55585A"/>
          <w:sz w:val="28"/>
        </w:rPr>
        <w:lastRenderedPageBreak/>
        <w:t>2. Projektodawca i zespół</w:t>
      </w:r>
    </w:p>
    <w:p w14:paraId="42E778C6"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2.1. Kim jest projektodawca i kto jest właścicielem / będzie właścicielem przedsięwzięcia?</w:t>
      </w:r>
    </w:p>
    <w:p w14:paraId="45110DF5"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Proszę podać formę prawną, właścicieli i udziały. Jeżeli spółka dopiero powstanie – opisać planowaną strukturę.</w:t>
      </w:r>
    </w:p>
    <w:tbl>
      <w:tblPr>
        <w:tblW w:w="0" w:type="auto"/>
        <w:jc w:val="center"/>
        <w:tblLayout w:type="fixed"/>
        <w:tblLook w:val="04A0" w:firstRow="1" w:lastRow="0" w:firstColumn="1" w:lastColumn="0" w:noHBand="0" w:noVBand="1"/>
      </w:tblPr>
      <w:tblGrid>
        <w:gridCol w:w="9978"/>
      </w:tblGrid>
      <w:tr w:rsidR="00313787" w:rsidRPr="00B57F18" w14:paraId="5E31169E"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3A515B87"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r w:rsidRPr="00B57F18">
              <w:rPr>
                <w:rFonts w:asciiTheme="majorHAnsi" w:eastAsia="Arial" w:hAnsiTheme="majorHAnsi" w:cstheme="majorHAnsi"/>
                <w:color w:val="333333"/>
                <w:sz w:val="20"/>
                <w:lang w:val="pl-PL"/>
              </w:rPr>
              <w:br/>
            </w:r>
          </w:p>
        </w:tc>
      </w:tr>
    </w:tbl>
    <w:p w14:paraId="1C3D9DAB" w14:textId="77777777" w:rsidR="00313787" w:rsidRPr="00B57F18" w:rsidRDefault="00313787">
      <w:pPr>
        <w:spacing w:after="20"/>
        <w:rPr>
          <w:rFonts w:asciiTheme="majorHAnsi" w:hAnsiTheme="majorHAnsi" w:cstheme="majorHAnsi"/>
          <w:lang w:val="pl-PL"/>
        </w:rPr>
      </w:pPr>
    </w:p>
    <w:p w14:paraId="02D65CAD" w14:textId="77777777" w:rsidR="00313787" w:rsidRPr="00B57F18" w:rsidRDefault="00000000">
      <w:pPr>
        <w:keepNext/>
        <w:spacing w:before="140" w:after="80"/>
        <w:rPr>
          <w:rFonts w:asciiTheme="majorHAnsi" w:hAnsiTheme="majorHAnsi" w:cstheme="majorHAnsi"/>
        </w:rPr>
      </w:pPr>
      <w:r w:rsidRPr="00B57F18">
        <w:rPr>
          <w:rFonts w:asciiTheme="majorHAnsi" w:eastAsia="Arial" w:hAnsiTheme="majorHAnsi" w:cstheme="majorHAnsi"/>
          <w:b/>
          <w:color w:val="55585A"/>
          <w:sz w:val="23"/>
        </w:rPr>
        <w:t>2.2. Osoby kluczowe dla realizacji przedsięwzięcia</w:t>
      </w:r>
    </w:p>
    <w:tbl>
      <w:tblPr>
        <w:tblW w:w="5000" w:type="pct"/>
        <w:jc w:val="center"/>
        <w:tblLook w:val="04A0" w:firstRow="1" w:lastRow="0" w:firstColumn="1" w:lastColumn="0" w:noHBand="0" w:noVBand="1"/>
      </w:tblPr>
      <w:tblGrid>
        <w:gridCol w:w="2319"/>
        <w:gridCol w:w="5216"/>
        <w:gridCol w:w="2435"/>
      </w:tblGrid>
      <w:tr w:rsidR="00313787" w:rsidRPr="00B57F18" w14:paraId="724DA624" w14:textId="77777777" w:rsidTr="00B57F18">
        <w:trPr>
          <w:tblHeader/>
          <w:jc w:val="center"/>
        </w:trPr>
        <w:tc>
          <w:tcPr>
            <w:tcW w:w="1163"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74AE0B1F"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7"/>
              </w:rPr>
              <w:t>Rola / funkcja</w:t>
            </w:r>
          </w:p>
        </w:tc>
        <w:tc>
          <w:tcPr>
            <w:tcW w:w="2616"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53ED9FE5" w14:textId="77777777" w:rsidR="00313787" w:rsidRPr="00B57F18" w:rsidRDefault="00000000">
            <w:pPr>
              <w:spacing w:after="0" w:line="240" w:lineRule="auto"/>
              <w:jc w:val="center"/>
              <w:rPr>
                <w:rFonts w:asciiTheme="majorHAnsi" w:hAnsiTheme="majorHAnsi" w:cstheme="majorHAnsi"/>
                <w:lang w:val="pl-PL"/>
              </w:rPr>
            </w:pPr>
            <w:r w:rsidRPr="00B57F18">
              <w:rPr>
                <w:rFonts w:asciiTheme="majorHAnsi" w:eastAsia="Arial" w:hAnsiTheme="majorHAnsi" w:cstheme="majorHAnsi"/>
                <w:b/>
                <w:color w:val="FFFFFF"/>
                <w:sz w:val="17"/>
                <w:lang w:val="pl-PL"/>
              </w:rPr>
              <w:t>Doświadczenie i kompetencje istotne dla projektu</w:t>
            </w:r>
          </w:p>
        </w:tc>
        <w:tc>
          <w:tcPr>
            <w:tcW w:w="1221"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5E1BF9DE" w14:textId="77777777" w:rsidR="00313787" w:rsidRPr="00B57F18" w:rsidRDefault="00000000">
            <w:pPr>
              <w:spacing w:after="0" w:line="240" w:lineRule="auto"/>
              <w:jc w:val="center"/>
              <w:rPr>
                <w:rFonts w:asciiTheme="majorHAnsi" w:hAnsiTheme="majorHAnsi" w:cstheme="majorHAnsi"/>
              </w:rPr>
            </w:pPr>
            <w:proofErr w:type="spellStart"/>
            <w:r w:rsidRPr="00B57F18">
              <w:rPr>
                <w:rFonts w:asciiTheme="majorHAnsi" w:eastAsia="Arial" w:hAnsiTheme="majorHAnsi" w:cstheme="majorHAnsi"/>
                <w:b/>
                <w:color w:val="FFFFFF"/>
                <w:sz w:val="17"/>
              </w:rPr>
              <w:t>Planowane</w:t>
            </w:r>
            <w:proofErr w:type="spellEnd"/>
            <w:r w:rsidRPr="00B57F18">
              <w:rPr>
                <w:rFonts w:asciiTheme="majorHAnsi" w:eastAsia="Arial" w:hAnsiTheme="majorHAnsi" w:cstheme="majorHAnsi"/>
                <w:b/>
                <w:color w:val="FFFFFF"/>
                <w:sz w:val="17"/>
              </w:rPr>
              <w:t xml:space="preserve"> </w:t>
            </w:r>
            <w:proofErr w:type="spellStart"/>
            <w:r w:rsidRPr="00B57F18">
              <w:rPr>
                <w:rFonts w:asciiTheme="majorHAnsi" w:eastAsia="Arial" w:hAnsiTheme="majorHAnsi" w:cstheme="majorHAnsi"/>
                <w:b/>
                <w:color w:val="FFFFFF"/>
                <w:sz w:val="17"/>
              </w:rPr>
              <w:t>zaangażowanie</w:t>
            </w:r>
            <w:proofErr w:type="spellEnd"/>
          </w:p>
        </w:tc>
      </w:tr>
      <w:tr w:rsidR="00313787" w:rsidRPr="00B57F18" w14:paraId="6ED8E784" w14:textId="77777777" w:rsidTr="00B57F18">
        <w:trPr>
          <w:jc w:val="center"/>
        </w:trPr>
        <w:tc>
          <w:tcPr>
            <w:tcW w:w="1163"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7EBB3E2" w14:textId="77777777" w:rsidR="00313787" w:rsidRPr="00B57F18" w:rsidRDefault="00313787">
            <w:pPr>
              <w:spacing w:after="0" w:line="240" w:lineRule="auto"/>
              <w:rPr>
                <w:rFonts w:asciiTheme="majorHAnsi" w:hAnsiTheme="majorHAnsi" w:cstheme="majorHAnsi"/>
              </w:rPr>
            </w:pPr>
          </w:p>
        </w:tc>
        <w:tc>
          <w:tcPr>
            <w:tcW w:w="2616"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860A1DF" w14:textId="77777777" w:rsidR="00313787" w:rsidRPr="00B57F18" w:rsidRDefault="00313787">
            <w:pPr>
              <w:spacing w:after="0" w:line="240" w:lineRule="auto"/>
              <w:rPr>
                <w:rFonts w:asciiTheme="majorHAnsi" w:hAnsiTheme="majorHAnsi" w:cstheme="majorHAnsi"/>
              </w:rPr>
            </w:pPr>
          </w:p>
        </w:tc>
        <w:tc>
          <w:tcPr>
            <w:tcW w:w="1221"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E2EA767" w14:textId="77777777" w:rsidR="00313787" w:rsidRPr="00B57F18" w:rsidRDefault="00313787">
            <w:pPr>
              <w:spacing w:after="0" w:line="240" w:lineRule="auto"/>
              <w:rPr>
                <w:rFonts w:asciiTheme="majorHAnsi" w:hAnsiTheme="majorHAnsi" w:cstheme="majorHAnsi"/>
              </w:rPr>
            </w:pPr>
          </w:p>
        </w:tc>
      </w:tr>
      <w:tr w:rsidR="00313787" w:rsidRPr="00B57F18" w14:paraId="5C2B41DA" w14:textId="77777777" w:rsidTr="00B57F18">
        <w:trPr>
          <w:jc w:val="center"/>
        </w:trPr>
        <w:tc>
          <w:tcPr>
            <w:tcW w:w="1163"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236AFA3" w14:textId="77777777" w:rsidR="00313787" w:rsidRPr="00B57F18" w:rsidRDefault="00313787">
            <w:pPr>
              <w:spacing w:after="0" w:line="240" w:lineRule="auto"/>
              <w:rPr>
                <w:rFonts w:asciiTheme="majorHAnsi" w:hAnsiTheme="majorHAnsi" w:cstheme="majorHAnsi"/>
              </w:rPr>
            </w:pPr>
          </w:p>
        </w:tc>
        <w:tc>
          <w:tcPr>
            <w:tcW w:w="2616"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6FCBD48" w14:textId="77777777" w:rsidR="00313787" w:rsidRPr="00B57F18" w:rsidRDefault="00313787">
            <w:pPr>
              <w:spacing w:after="0" w:line="240" w:lineRule="auto"/>
              <w:rPr>
                <w:rFonts w:asciiTheme="majorHAnsi" w:hAnsiTheme="majorHAnsi" w:cstheme="majorHAnsi"/>
              </w:rPr>
            </w:pPr>
          </w:p>
        </w:tc>
        <w:tc>
          <w:tcPr>
            <w:tcW w:w="1221"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8F64E6B" w14:textId="77777777" w:rsidR="00313787" w:rsidRPr="00B57F18" w:rsidRDefault="00313787">
            <w:pPr>
              <w:spacing w:after="0" w:line="240" w:lineRule="auto"/>
              <w:rPr>
                <w:rFonts w:asciiTheme="majorHAnsi" w:hAnsiTheme="majorHAnsi" w:cstheme="majorHAnsi"/>
              </w:rPr>
            </w:pPr>
          </w:p>
        </w:tc>
      </w:tr>
      <w:tr w:rsidR="00313787" w:rsidRPr="00B57F18" w14:paraId="6DD58F4B" w14:textId="77777777" w:rsidTr="00B57F18">
        <w:trPr>
          <w:jc w:val="center"/>
        </w:trPr>
        <w:tc>
          <w:tcPr>
            <w:tcW w:w="1163"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28A2004" w14:textId="77777777" w:rsidR="00313787" w:rsidRPr="00B57F18" w:rsidRDefault="00313787">
            <w:pPr>
              <w:spacing w:after="0" w:line="240" w:lineRule="auto"/>
              <w:rPr>
                <w:rFonts w:asciiTheme="majorHAnsi" w:hAnsiTheme="majorHAnsi" w:cstheme="majorHAnsi"/>
              </w:rPr>
            </w:pPr>
          </w:p>
        </w:tc>
        <w:tc>
          <w:tcPr>
            <w:tcW w:w="2616"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7FAE870" w14:textId="77777777" w:rsidR="00313787" w:rsidRPr="00B57F18" w:rsidRDefault="00313787">
            <w:pPr>
              <w:spacing w:after="0" w:line="240" w:lineRule="auto"/>
              <w:rPr>
                <w:rFonts w:asciiTheme="majorHAnsi" w:hAnsiTheme="majorHAnsi" w:cstheme="majorHAnsi"/>
              </w:rPr>
            </w:pPr>
          </w:p>
        </w:tc>
        <w:tc>
          <w:tcPr>
            <w:tcW w:w="1221"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FB3BFE5" w14:textId="77777777" w:rsidR="00313787" w:rsidRPr="00B57F18" w:rsidRDefault="00313787">
            <w:pPr>
              <w:spacing w:after="0" w:line="240" w:lineRule="auto"/>
              <w:rPr>
                <w:rFonts w:asciiTheme="majorHAnsi" w:hAnsiTheme="majorHAnsi" w:cstheme="majorHAnsi"/>
              </w:rPr>
            </w:pPr>
          </w:p>
        </w:tc>
      </w:tr>
      <w:tr w:rsidR="00313787" w:rsidRPr="00B57F18" w14:paraId="49B67965" w14:textId="77777777" w:rsidTr="00B57F18">
        <w:trPr>
          <w:jc w:val="center"/>
        </w:trPr>
        <w:tc>
          <w:tcPr>
            <w:tcW w:w="1163"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4E71C5E" w14:textId="77777777" w:rsidR="00313787" w:rsidRPr="00B57F18" w:rsidRDefault="00313787">
            <w:pPr>
              <w:spacing w:after="0" w:line="240" w:lineRule="auto"/>
              <w:rPr>
                <w:rFonts w:asciiTheme="majorHAnsi" w:hAnsiTheme="majorHAnsi" w:cstheme="majorHAnsi"/>
              </w:rPr>
            </w:pPr>
          </w:p>
        </w:tc>
        <w:tc>
          <w:tcPr>
            <w:tcW w:w="2616"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1382030" w14:textId="77777777" w:rsidR="00313787" w:rsidRPr="00B57F18" w:rsidRDefault="00313787">
            <w:pPr>
              <w:spacing w:after="0" w:line="240" w:lineRule="auto"/>
              <w:rPr>
                <w:rFonts w:asciiTheme="majorHAnsi" w:hAnsiTheme="majorHAnsi" w:cstheme="majorHAnsi"/>
              </w:rPr>
            </w:pPr>
          </w:p>
        </w:tc>
        <w:tc>
          <w:tcPr>
            <w:tcW w:w="1221"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1378358" w14:textId="77777777" w:rsidR="00313787" w:rsidRPr="00B57F18" w:rsidRDefault="00313787">
            <w:pPr>
              <w:spacing w:after="0" w:line="240" w:lineRule="auto"/>
              <w:rPr>
                <w:rFonts w:asciiTheme="majorHAnsi" w:hAnsiTheme="majorHAnsi" w:cstheme="majorHAnsi"/>
              </w:rPr>
            </w:pPr>
          </w:p>
        </w:tc>
      </w:tr>
      <w:tr w:rsidR="00313787" w:rsidRPr="00B57F18" w14:paraId="7C1BA5F2" w14:textId="77777777" w:rsidTr="00B57F18">
        <w:trPr>
          <w:jc w:val="center"/>
        </w:trPr>
        <w:tc>
          <w:tcPr>
            <w:tcW w:w="1163"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85BFAE5" w14:textId="77777777" w:rsidR="00313787" w:rsidRPr="00B57F18" w:rsidRDefault="00313787">
            <w:pPr>
              <w:spacing w:after="0" w:line="240" w:lineRule="auto"/>
              <w:rPr>
                <w:rFonts w:asciiTheme="majorHAnsi" w:hAnsiTheme="majorHAnsi" w:cstheme="majorHAnsi"/>
              </w:rPr>
            </w:pPr>
          </w:p>
        </w:tc>
        <w:tc>
          <w:tcPr>
            <w:tcW w:w="2616"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BB51B60" w14:textId="77777777" w:rsidR="00313787" w:rsidRPr="00B57F18" w:rsidRDefault="00313787">
            <w:pPr>
              <w:spacing w:after="0" w:line="240" w:lineRule="auto"/>
              <w:rPr>
                <w:rFonts w:asciiTheme="majorHAnsi" w:hAnsiTheme="majorHAnsi" w:cstheme="majorHAnsi"/>
              </w:rPr>
            </w:pPr>
          </w:p>
        </w:tc>
        <w:tc>
          <w:tcPr>
            <w:tcW w:w="1221"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DE81933" w14:textId="77777777" w:rsidR="00313787" w:rsidRPr="00B57F18" w:rsidRDefault="00313787">
            <w:pPr>
              <w:spacing w:after="0" w:line="240" w:lineRule="auto"/>
              <w:rPr>
                <w:rFonts w:asciiTheme="majorHAnsi" w:hAnsiTheme="majorHAnsi" w:cstheme="majorHAnsi"/>
              </w:rPr>
            </w:pPr>
          </w:p>
        </w:tc>
      </w:tr>
    </w:tbl>
    <w:p w14:paraId="4BBA2ED2" w14:textId="77777777" w:rsidR="00313787" w:rsidRPr="00B57F18" w:rsidRDefault="00313787">
      <w:pPr>
        <w:spacing w:after="40"/>
        <w:rPr>
          <w:rFonts w:asciiTheme="majorHAnsi" w:hAnsiTheme="majorHAnsi" w:cstheme="majorHAnsi"/>
        </w:rPr>
      </w:pPr>
    </w:p>
    <w:p w14:paraId="40A31C82"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2.3. Jakich kompetencji lub osób jeszcze brakuje?</w:t>
      </w:r>
    </w:p>
    <w:p w14:paraId="4C89887C"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Jeżeli planowane są rekrutacje lub współpraca z ekspertami, proszę krótko opisać.</w:t>
      </w:r>
    </w:p>
    <w:tbl>
      <w:tblPr>
        <w:tblW w:w="0" w:type="auto"/>
        <w:jc w:val="center"/>
        <w:tblLayout w:type="fixed"/>
        <w:tblLook w:val="04A0" w:firstRow="1" w:lastRow="0" w:firstColumn="1" w:lastColumn="0" w:noHBand="0" w:noVBand="1"/>
      </w:tblPr>
      <w:tblGrid>
        <w:gridCol w:w="9978"/>
      </w:tblGrid>
      <w:tr w:rsidR="00313787" w:rsidRPr="00B57F18" w14:paraId="37FE6366"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5345CE0B"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p>
        </w:tc>
      </w:tr>
    </w:tbl>
    <w:p w14:paraId="35380D02" w14:textId="77777777" w:rsidR="00313787" w:rsidRPr="00B57F18" w:rsidRDefault="00313787">
      <w:pPr>
        <w:spacing w:after="20"/>
        <w:rPr>
          <w:rFonts w:asciiTheme="majorHAnsi" w:hAnsiTheme="majorHAnsi" w:cstheme="majorHAnsi"/>
          <w:lang w:val="pl-PL"/>
        </w:rPr>
      </w:pPr>
    </w:p>
    <w:p w14:paraId="4257CE1C"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2.4. Jakie zasoby są już dostępne?</w:t>
      </w:r>
    </w:p>
    <w:p w14:paraId="3D8ACD7B"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Np. lokal, urządzenia, środki finansowe, oprogramowanie, kontakty handlowe, prawa do technologii, marka, domena.</w:t>
      </w:r>
    </w:p>
    <w:tbl>
      <w:tblPr>
        <w:tblW w:w="0" w:type="auto"/>
        <w:jc w:val="center"/>
        <w:tblLayout w:type="fixed"/>
        <w:tblLook w:val="04A0" w:firstRow="1" w:lastRow="0" w:firstColumn="1" w:lastColumn="0" w:noHBand="0" w:noVBand="1"/>
      </w:tblPr>
      <w:tblGrid>
        <w:gridCol w:w="9978"/>
      </w:tblGrid>
      <w:tr w:rsidR="00313787" w:rsidRPr="00B57F18" w14:paraId="589BE230"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10F9C233"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r w:rsidRPr="00B57F18">
              <w:rPr>
                <w:rFonts w:asciiTheme="majorHAnsi" w:eastAsia="Arial" w:hAnsiTheme="majorHAnsi" w:cstheme="majorHAnsi"/>
                <w:color w:val="333333"/>
                <w:sz w:val="20"/>
                <w:lang w:val="pl-PL"/>
              </w:rPr>
              <w:br/>
            </w:r>
          </w:p>
        </w:tc>
      </w:tr>
    </w:tbl>
    <w:p w14:paraId="6F412619" w14:textId="77777777" w:rsidR="00313787" w:rsidRPr="00B57F18" w:rsidRDefault="00313787">
      <w:pPr>
        <w:spacing w:after="20"/>
        <w:rPr>
          <w:rFonts w:asciiTheme="majorHAnsi" w:hAnsiTheme="majorHAnsi" w:cstheme="majorHAnsi"/>
          <w:lang w:val="pl-PL"/>
        </w:rPr>
      </w:pPr>
    </w:p>
    <w:p w14:paraId="315F850B"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2.5. Kto ma prawa do produktu, technologii, oprogramowania, marki lub innych kluczowych rozwiązań?</w:t>
      </w:r>
    </w:p>
    <w:p w14:paraId="387FC97E"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Jeżeli nie dotyczy, proszę wpisać „nie dotyczy”.</w:t>
      </w:r>
    </w:p>
    <w:tbl>
      <w:tblPr>
        <w:tblW w:w="0" w:type="auto"/>
        <w:jc w:val="center"/>
        <w:tblLayout w:type="fixed"/>
        <w:tblLook w:val="04A0" w:firstRow="1" w:lastRow="0" w:firstColumn="1" w:lastColumn="0" w:noHBand="0" w:noVBand="1"/>
      </w:tblPr>
      <w:tblGrid>
        <w:gridCol w:w="9978"/>
      </w:tblGrid>
      <w:tr w:rsidR="00313787" w:rsidRPr="00B57F18" w14:paraId="5612F99C"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1961C017"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p>
        </w:tc>
      </w:tr>
    </w:tbl>
    <w:p w14:paraId="30FECBE9" w14:textId="77777777" w:rsidR="00313787" w:rsidRPr="00B57F18" w:rsidRDefault="00313787">
      <w:pPr>
        <w:spacing w:after="20"/>
        <w:rPr>
          <w:rFonts w:asciiTheme="majorHAnsi" w:hAnsiTheme="majorHAnsi" w:cstheme="majorHAnsi"/>
          <w:lang w:val="pl-PL"/>
        </w:rPr>
      </w:pPr>
    </w:p>
    <w:p w14:paraId="39E1753F" w14:textId="77777777" w:rsidR="00313787" w:rsidRPr="00B57F18" w:rsidRDefault="00000000">
      <w:pPr>
        <w:keepNext/>
        <w:pageBreakBefore/>
        <w:pBdr>
          <w:bottom w:val="single" w:sz="12" w:space="2" w:color="F58220"/>
        </w:pBdr>
        <w:spacing w:before="160" w:after="120"/>
        <w:rPr>
          <w:rFonts w:asciiTheme="majorHAnsi" w:hAnsiTheme="majorHAnsi" w:cstheme="majorHAnsi"/>
          <w:lang w:val="pl-PL"/>
        </w:rPr>
      </w:pPr>
      <w:r w:rsidRPr="00B57F18">
        <w:rPr>
          <w:rFonts w:asciiTheme="majorHAnsi" w:eastAsia="Arial" w:hAnsiTheme="majorHAnsi" w:cstheme="majorHAnsi"/>
          <w:b/>
          <w:color w:val="55585A"/>
          <w:sz w:val="28"/>
          <w:lang w:val="pl-PL"/>
        </w:rPr>
        <w:lastRenderedPageBreak/>
        <w:t>3. Produkt / usługa i przewaga przedsięwzięcia</w:t>
      </w:r>
    </w:p>
    <w:p w14:paraId="195BD64B"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3.1. Proszę opisać produkt lub usługę.</w:t>
      </w:r>
    </w:p>
    <w:p w14:paraId="7338BE01"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Co klient otrzymuje? Jak działa rozwiązanie? Na jakim etapie rozwoju się znajduje?</w:t>
      </w:r>
    </w:p>
    <w:tbl>
      <w:tblPr>
        <w:tblW w:w="0" w:type="auto"/>
        <w:jc w:val="center"/>
        <w:tblLayout w:type="fixed"/>
        <w:tblLook w:val="04A0" w:firstRow="1" w:lastRow="0" w:firstColumn="1" w:lastColumn="0" w:noHBand="0" w:noVBand="1"/>
      </w:tblPr>
      <w:tblGrid>
        <w:gridCol w:w="9978"/>
      </w:tblGrid>
      <w:tr w:rsidR="00313787" w:rsidRPr="00B57F18" w14:paraId="7F77B2F8"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62DE267F"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r w:rsidRPr="00B57F18">
              <w:rPr>
                <w:rFonts w:asciiTheme="majorHAnsi" w:eastAsia="Arial" w:hAnsiTheme="majorHAnsi" w:cstheme="majorHAnsi"/>
                <w:color w:val="333333"/>
                <w:sz w:val="20"/>
                <w:lang w:val="pl-PL"/>
              </w:rPr>
              <w:br/>
            </w:r>
            <w:r w:rsidRPr="00B57F18">
              <w:rPr>
                <w:rFonts w:asciiTheme="majorHAnsi" w:eastAsia="Arial" w:hAnsiTheme="majorHAnsi" w:cstheme="majorHAnsi"/>
                <w:color w:val="333333"/>
                <w:sz w:val="20"/>
                <w:lang w:val="pl-PL"/>
              </w:rPr>
              <w:br/>
            </w:r>
          </w:p>
        </w:tc>
      </w:tr>
    </w:tbl>
    <w:p w14:paraId="2E19D652" w14:textId="77777777" w:rsidR="00313787" w:rsidRPr="00B57F18" w:rsidRDefault="00313787">
      <w:pPr>
        <w:spacing w:after="20"/>
        <w:rPr>
          <w:rFonts w:asciiTheme="majorHAnsi" w:hAnsiTheme="majorHAnsi" w:cstheme="majorHAnsi"/>
          <w:lang w:val="pl-PL"/>
        </w:rPr>
      </w:pPr>
    </w:p>
    <w:p w14:paraId="303FD5F1"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3.2. Co wyróżnia ofertę na tle obecnych rozwiązań?</w:t>
      </w:r>
    </w:p>
    <w:p w14:paraId="1BFF4356"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Może to być np. cena, jakość, technologia, szybkość, dostępność, sposób obsługi, model sprzedaży albo nowa funkcja.</w:t>
      </w:r>
    </w:p>
    <w:tbl>
      <w:tblPr>
        <w:tblW w:w="0" w:type="auto"/>
        <w:jc w:val="center"/>
        <w:tblLayout w:type="fixed"/>
        <w:tblLook w:val="04A0" w:firstRow="1" w:lastRow="0" w:firstColumn="1" w:lastColumn="0" w:noHBand="0" w:noVBand="1"/>
      </w:tblPr>
      <w:tblGrid>
        <w:gridCol w:w="9978"/>
      </w:tblGrid>
      <w:tr w:rsidR="00313787" w:rsidRPr="00B57F18" w14:paraId="30E48C1D"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2AC70A58"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r w:rsidRPr="00B57F18">
              <w:rPr>
                <w:rFonts w:asciiTheme="majorHAnsi" w:eastAsia="Arial" w:hAnsiTheme="majorHAnsi" w:cstheme="majorHAnsi"/>
                <w:color w:val="333333"/>
                <w:sz w:val="20"/>
                <w:lang w:val="pl-PL"/>
              </w:rPr>
              <w:br/>
            </w:r>
          </w:p>
        </w:tc>
      </w:tr>
    </w:tbl>
    <w:p w14:paraId="4AE00C93" w14:textId="77777777" w:rsidR="00313787" w:rsidRPr="00B57F18" w:rsidRDefault="00313787">
      <w:pPr>
        <w:spacing w:after="20"/>
        <w:rPr>
          <w:rFonts w:asciiTheme="majorHAnsi" w:hAnsiTheme="majorHAnsi" w:cstheme="majorHAnsi"/>
          <w:lang w:val="pl-PL"/>
        </w:rPr>
      </w:pPr>
    </w:p>
    <w:p w14:paraId="104F4DA7"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3.3. Czy rozwiązanie jest nowe lub innowacyjne? Jeśli tak – na czym polega nowość?</w:t>
      </w:r>
    </w:p>
    <w:p w14:paraId="4D62C8DF"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Nie trzeba używać formalnych definicji innowacji. Proszę wskazać, co jest inne niż w rozwiązaniach już dostępnych.</w:t>
      </w:r>
    </w:p>
    <w:tbl>
      <w:tblPr>
        <w:tblW w:w="0" w:type="auto"/>
        <w:jc w:val="center"/>
        <w:tblLayout w:type="fixed"/>
        <w:tblLook w:val="04A0" w:firstRow="1" w:lastRow="0" w:firstColumn="1" w:lastColumn="0" w:noHBand="0" w:noVBand="1"/>
      </w:tblPr>
      <w:tblGrid>
        <w:gridCol w:w="9978"/>
      </w:tblGrid>
      <w:tr w:rsidR="00313787" w:rsidRPr="00B57F18" w14:paraId="43F47A38"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61C0FE9B"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r w:rsidRPr="00B57F18">
              <w:rPr>
                <w:rFonts w:asciiTheme="majorHAnsi" w:eastAsia="Arial" w:hAnsiTheme="majorHAnsi" w:cstheme="majorHAnsi"/>
                <w:color w:val="333333"/>
                <w:sz w:val="20"/>
                <w:lang w:val="pl-PL"/>
              </w:rPr>
              <w:br/>
            </w:r>
          </w:p>
        </w:tc>
      </w:tr>
    </w:tbl>
    <w:p w14:paraId="15017E21" w14:textId="77777777" w:rsidR="00313787" w:rsidRPr="00B57F18" w:rsidRDefault="00313787">
      <w:pPr>
        <w:spacing w:after="20"/>
        <w:rPr>
          <w:rFonts w:asciiTheme="majorHAnsi" w:hAnsiTheme="majorHAnsi" w:cstheme="majorHAnsi"/>
          <w:lang w:val="pl-PL"/>
        </w:rPr>
      </w:pPr>
    </w:p>
    <w:p w14:paraId="75506BE9"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3.4. Czy działalność wymaga pozwoleń, certyfikatów, badań, zgód lub spełnienia szczególnych przepisów?</w:t>
      </w:r>
    </w:p>
    <w:p w14:paraId="2948C521"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Jeżeli tak – proszę podać, co już uzyskano i czego jeszcze brakuje.</w:t>
      </w:r>
    </w:p>
    <w:tbl>
      <w:tblPr>
        <w:tblW w:w="0" w:type="auto"/>
        <w:jc w:val="center"/>
        <w:tblLayout w:type="fixed"/>
        <w:tblLook w:val="04A0" w:firstRow="1" w:lastRow="0" w:firstColumn="1" w:lastColumn="0" w:noHBand="0" w:noVBand="1"/>
      </w:tblPr>
      <w:tblGrid>
        <w:gridCol w:w="9978"/>
      </w:tblGrid>
      <w:tr w:rsidR="00313787" w:rsidRPr="00B57F18" w14:paraId="2F932E24"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67BF43A6"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r w:rsidRPr="00B57F18">
              <w:rPr>
                <w:rFonts w:asciiTheme="majorHAnsi" w:eastAsia="Arial" w:hAnsiTheme="majorHAnsi" w:cstheme="majorHAnsi"/>
                <w:color w:val="333333"/>
                <w:sz w:val="20"/>
                <w:lang w:val="pl-PL"/>
              </w:rPr>
              <w:br/>
            </w:r>
          </w:p>
        </w:tc>
      </w:tr>
    </w:tbl>
    <w:p w14:paraId="3C5DF811" w14:textId="77777777" w:rsidR="00313787" w:rsidRPr="00B57F18" w:rsidRDefault="00313787">
      <w:pPr>
        <w:spacing w:after="20"/>
        <w:rPr>
          <w:rFonts w:asciiTheme="majorHAnsi" w:hAnsiTheme="majorHAnsi" w:cstheme="majorHAnsi"/>
          <w:lang w:val="pl-PL"/>
        </w:rPr>
      </w:pPr>
    </w:p>
    <w:p w14:paraId="7C02679C"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3.5. Co może ograniczać zwiększenie skali działalności?</w:t>
      </w:r>
    </w:p>
    <w:p w14:paraId="034DB7CC"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Np. moce produkcyjne, dostępność pracowników, dostawców, surowców, technologii lub finansowania.</w:t>
      </w:r>
    </w:p>
    <w:tbl>
      <w:tblPr>
        <w:tblW w:w="0" w:type="auto"/>
        <w:jc w:val="center"/>
        <w:tblLayout w:type="fixed"/>
        <w:tblLook w:val="04A0" w:firstRow="1" w:lastRow="0" w:firstColumn="1" w:lastColumn="0" w:noHBand="0" w:noVBand="1"/>
      </w:tblPr>
      <w:tblGrid>
        <w:gridCol w:w="9978"/>
      </w:tblGrid>
      <w:tr w:rsidR="00313787" w:rsidRPr="00B57F18" w14:paraId="67DA04EC"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5790C4C8"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p>
        </w:tc>
      </w:tr>
    </w:tbl>
    <w:p w14:paraId="31FBC187" w14:textId="77777777" w:rsidR="00313787" w:rsidRPr="00B57F18" w:rsidRDefault="00313787">
      <w:pPr>
        <w:spacing w:after="20"/>
        <w:rPr>
          <w:rFonts w:asciiTheme="majorHAnsi" w:hAnsiTheme="majorHAnsi" w:cstheme="majorHAnsi"/>
          <w:lang w:val="pl-PL"/>
        </w:rPr>
      </w:pPr>
    </w:p>
    <w:p w14:paraId="223C322F" w14:textId="77777777" w:rsidR="00313787" w:rsidRPr="00B57F18" w:rsidRDefault="00000000">
      <w:pPr>
        <w:keepNext/>
        <w:pageBreakBefore/>
        <w:pBdr>
          <w:bottom w:val="single" w:sz="12" w:space="2" w:color="F58220"/>
        </w:pBdr>
        <w:spacing w:before="160" w:after="120"/>
        <w:rPr>
          <w:rFonts w:asciiTheme="majorHAnsi" w:hAnsiTheme="majorHAnsi" w:cstheme="majorHAnsi"/>
          <w:lang w:val="pl-PL"/>
        </w:rPr>
      </w:pPr>
      <w:r w:rsidRPr="00B57F18">
        <w:rPr>
          <w:rFonts w:asciiTheme="majorHAnsi" w:eastAsia="Arial" w:hAnsiTheme="majorHAnsi" w:cstheme="majorHAnsi"/>
          <w:b/>
          <w:color w:val="55585A"/>
          <w:sz w:val="28"/>
          <w:lang w:val="pl-PL"/>
        </w:rPr>
        <w:lastRenderedPageBreak/>
        <w:t>4. Rynek, klienci i konkurencja</w:t>
      </w:r>
    </w:p>
    <w:p w14:paraId="7A5DFC41"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4.1. Jak duży jest rynek i czy rośnie?</w:t>
      </w:r>
    </w:p>
    <w:p w14:paraId="02A338E3" w14:textId="77777777" w:rsidR="00313787" w:rsidRPr="00B57F18" w:rsidRDefault="00000000">
      <w:pPr>
        <w:spacing w:after="60" w:line="245" w:lineRule="auto"/>
        <w:rPr>
          <w:rFonts w:asciiTheme="majorHAnsi" w:hAnsiTheme="majorHAnsi" w:cstheme="majorHAnsi"/>
        </w:rPr>
      </w:pPr>
      <w:r w:rsidRPr="00B57F18">
        <w:rPr>
          <w:rFonts w:asciiTheme="majorHAnsi" w:eastAsia="Arial" w:hAnsiTheme="majorHAnsi" w:cstheme="majorHAnsi"/>
          <w:i/>
          <w:color w:val="666666"/>
          <w:sz w:val="18"/>
          <w:lang w:val="pl-PL"/>
        </w:rPr>
        <w:t xml:space="preserve">Proszę podać dostępne dane lub własny szacunek. Wystarczy opisać sposób wyliczenia i źródło danych. </w:t>
      </w:r>
      <w:r w:rsidRPr="00B57F18">
        <w:rPr>
          <w:rFonts w:asciiTheme="majorHAnsi" w:eastAsia="Arial" w:hAnsiTheme="majorHAnsi" w:cstheme="majorHAnsi"/>
          <w:i/>
          <w:color w:val="666666"/>
          <w:sz w:val="18"/>
        </w:rPr>
        <w:t xml:space="preserve">Nie </w:t>
      </w:r>
      <w:proofErr w:type="spellStart"/>
      <w:r w:rsidRPr="00B57F18">
        <w:rPr>
          <w:rFonts w:asciiTheme="majorHAnsi" w:eastAsia="Arial" w:hAnsiTheme="majorHAnsi" w:cstheme="majorHAnsi"/>
          <w:i/>
          <w:color w:val="666666"/>
          <w:sz w:val="18"/>
        </w:rPr>
        <w:t>trzeba</w:t>
      </w:r>
      <w:proofErr w:type="spellEnd"/>
      <w:r w:rsidRPr="00B57F18">
        <w:rPr>
          <w:rFonts w:asciiTheme="majorHAnsi" w:eastAsia="Arial" w:hAnsiTheme="majorHAnsi" w:cstheme="majorHAnsi"/>
          <w:i/>
          <w:color w:val="666666"/>
          <w:sz w:val="18"/>
        </w:rPr>
        <w:t xml:space="preserve"> </w:t>
      </w:r>
      <w:proofErr w:type="spellStart"/>
      <w:r w:rsidRPr="00B57F18">
        <w:rPr>
          <w:rFonts w:asciiTheme="majorHAnsi" w:eastAsia="Arial" w:hAnsiTheme="majorHAnsi" w:cstheme="majorHAnsi"/>
          <w:i/>
          <w:color w:val="666666"/>
          <w:sz w:val="18"/>
        </w:rPr>
        <w:t>stosować</w:t>
      </w:r>
      <w:proofErr w:type="spellEnd"/>
      <w:r w:rsidRPr="00B57F18">
        <w:rPr>
          <w:rFonts w:asciiTheme="majorHAnsi" w:eastAsia="Arial" w:hAnsiTheme="majorHAnsi" w:cstheme="majorHAnsi"/>
          <w:i/>
          <w:color w:val="666666"/>
          <w:sz w:val="18"/>
        </w:rPr>
        <w:t xml:space="preserve"> </w:t>
      </w:r>
      <w:proofErr w:type="spellStart"/>
      <w:r w:rsidRPr="00B57F18">
        <w:rPr>
          <w:rFonts w:asciiTheme="majorHAnsi" w:eastAsia="Arial" w:hAnsiTheme="majorHAnsi" w:cstheme="majorHAnsi"/>
          <w:i/>
          <w:color w:val="666666"/>
          <w:sz w:val="18"/>
        </w:rPr>
        <w:t>pojęć</w:t>
      </w:r>
      <w:proofErr w:type="spellEnd"/>
      <w:r w:rsidRPr="00B57F18">
        <w:rPr>
          <w:rFonts w:asciiTheme="majorHAnsi" w:eastAsia="Arial" w:hAnsiTheme="majorHAnsi" w:cstheme="majorHAnsi"/>
          <w:i/>
          <w:color w:val="666666"/>
          <w:sz w:val="18"/>
        </w:rPr>
        <w:t xml:space="preserve"> TAM/SAM/SOM.</w:t>
      </w:r>
    </w:p>
    <w:tbl>
      <w:tblPr>
        <w:tblW w:w="0" w:type="auto"/>
        <w:jc w:val="center"/>
        <w:tblLayout w:type="fixed"/>
        <w:tblLook w:val="04A0" w:firstRow="1" w:lastRow="0" w:firstColumn="1" w:lastColumn="0" w:noHBand="0" w:noVBand="1"/>
      </w:tblPr>
      <w:tblGrid>
        <w:gridCol w:w="9978"/>
      </w:tblGrid>
      <w:tr w:rsidR="00313787" w:rsidRPr="00B57F18" w14:paraId="4351338E"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4ACA05E6"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20"/>
              </w:rPr>
              <w:br/>
            </w:r>
            <w:r w:rsidRPr="00B57F18">
              <w:rPr>
                <w:rFonts w:asciiTheme="majorHAnsi" w:eastAsia="Arial" w:hAnsiTheme="majorHAnsi" w:cstheme="majorHAnsi"/>
                <w:color w:val="333333"/>
                <w:sz w:val="20"/>
              </w:rPr>
              <w:br/>
            </w:r>
          </w:p>
        </w:tc>
      </w:tr>
    </w:tbl>
    <w:p w14:paraId="1D33A7C1" w14:textId="77777777" w:rsidR="00313787" w:rsidRPr="00B57F18" w:rsidRDefault="00313787">
      <w:pPr>
        <w:spacing w:after="20"/>
        <w:rPr>
          <w:rFonts w:asciiTheme="majorHAnsi" w:hAnsiTheme="majorHAnsi" w:cstheme="majorHAnsi"/>
        </w:rPr>
      </w:pPr>
    </w:p>
    <w:p w14:paraId="61B7506F" w14:textId="77777777" w:rsidR="00313787" w:rsidRPr="00B57F18" w:rsidRDefault="00000000">
      <w:pPr>
        <w:keepNext/>
        <w:spacing w:before="140" w:after="80"/>
        <w:rPr>
          <w:rFonts w:asciiTheme="majorHAnsi" w:hAnsiTheme="majorHAnsi" w:cstheme="majorHAnsi"/>
        </w:rPr>
      </w:pPr>
      <w:r w:rsidRPr="00B57F18">
        <w:rPr>
          <w:rFonts w:asciiTheme="majorHAnsi" w:eastAsia="Arial" w:hAnsiTheme="majorHAnsi" w:cstheme="majorHAnsi"/>
          <w:b/>
          <w:color w:val="55585A"/>
          <w:sz w:val="23"/>
        </w:rPr>
        <w:t>4.2. Główne grupy klientów</w:t>
      </w:r>
    </w:p>
    <w:tbl>
      <w:tblPr>
        <w:tblW w:w="5000" w:type="pct"/>
        <w:jc w:val="center"/>
        <w:tblLook w:val="04A0" w:firstRow="1" w:lastRow="0" w:firstColumn="1" w:lastColumn="0" w:noHBand="0" w:noVBand="1"/>
      </w:tblPr>
      <w:tblGrid>
        <w:gridCol w:w="2434"/>
        <w:gridCol w:w="2899"/>
        <w:gridCol w:w="2493"/>
        <w:gridCol w:w="2144"/>
      </w:tblGrid>
      <w:tr w:rsidR="00313787" w:rsidRPr="00B57F18" w14:paraId="079D4981" w14:textId="77777777" w:rsidTr="00B57F18">
        <w:trPr>
          <w:tblHeader/>
          <w:jc w:val="center"/>
        </w:trPr>
        <w:tc>
          <w:tcPr>
            <w:tcW w:w="1221"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50958A70"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Grupa klientów</w:t>
            </w:r>
          </w:p>
        </w:tc>
        <w:tc>
          <w:tcPr>
            <w:tcW w:w="1454"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13ECDBE8" w14:textId="77777777" w:rsidR="00313787" w:rsidRPr="00B57F18" w:rsidRDefault="00000000">
            <w:pPr>
              <w:spacing w:after="0" w:line="240" w:lineRule="auto"/>
              <w:jc w:val="center"/>
              <w:rPr>
                <w:rFonts w:asciiTheme="majorHAnsi" w:hAnsiTheme="majorHAnsi" w:cstheme="majorHAnsi"/>
                <w:lang w:val="pl-PL"/>
              </w:rPr>
            </w:pPr>
            <w:r w:rsidRPr="00B57F18">
              <w:rPr>
                <w:rFonts w:asciiTheme="majorHAnsi" w:eastAsia="Arial" w:hAnsiTheme="majorHAnsi" w:cstheme="majorHAnsi"/>
                <w:b/>
                <w:color w:val="FFFFFF"/>
                <w:sz w:val="16"/>
                <w:lang w:val="pl-PL"/>
              </w:rPr>
              <w:t>Jaką potrzebę ma ta grupa?</w:t>
            </w:r>
          </w:p>
        </w:tc>
        <w:tc>
          <w:tcPr>
            <w:tcW w:w="1250"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00BD185F" w14:textId="77777777" w:rsidR="00313787" w:rsidRPr="00B57F18" w:rsidRDefault="00000000">
            <w:pPr>
              <w:spacing w:after="0" w:line="240" w:lineRule="auto"/>
              <w:jc w:val="center"/>
              <w:rPr>
                <w:rFonts w:asciiTheme="majorHAnsi" w:hAnsiTheme="majorHAnsi" w:cstheme="majorHAnsi"/>
                <w:lang w:val="pl-PL"/>
              </w:rPr>
            </w:pPr>
            <w:r w:rsidRPr="00B57F18">
              <w:rPr>
                <w:rFonts w:asciiTheme="majorHAnsi" w:eastAsia="Arial" w:hAnsiTheme="majorHAnsi" w:cstheme="majorHAnsi"/>
                <w:b/>
                <w:color w:val="FFFFFF"/>
                <w:sz w:val="16"/>
                <w:lang w:val="pl-PL"/>
              </w:rPr>
              <w:t>Jak duża jest grupa / ilu klientów planujemy pozyskać?</w:t>
            </w:r>
          </w:p>
        </w:tc>
        <w:tc>
          <w:tcPr>
            <w:tcW w:w="1076"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715C93C1"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Jak do nich dotrzemy?</w:t>
            </w:r>
          </w:p>
        </w:tc>
      </w:tr>
      <w:tr w:rsidR="00313787" w:rsidRPr="00B57F18" w14:paraId="15ACE514" w14:textId="77777777" w:rsidTr="00B57F18">
        <w:trPr>
          <w:jc w:val="center"/>
        </w:trPr>
        <w:tc>
          <w:tcPr>
            <w:tcW w:w="1221"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8199894" w14:textId="77777777" w:rsidR="00313787" w:rsidRPr="00B57F18" w:rsidRDefault="00313787">
            <w:pPr>
              <w:spacing w:after="0" w:line="240" w:lineRule="auto"/>
              <w:rPr>
                <w:rFonts w:asciiTheme="majorHAnsi" w:hAnsiTheme="majorHAnsi" w:cstheme="majorHAnsi"/>
              </w:rPr>
            </w:pPr>
          </w:p>
        </w:tc>
        <w:tc>
          <w:tcPr>
            <w:tcW w:w="145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8FF40E1" w14:textId="77777777" w:rsidR="00313787" w:rsidRPr="00B57F18" w:rsidRDefault="00313787">
            <w:pPr>
              <w:spacing w:after="0" w:line="240" w:lineRule="auto"/>
              <w:rPr>
                <w:rFonts w:asciiTheme="majorHAnsi" w:hAnsiTheme="majorHAnsi" w:cstheme="majorHAnsi"/>
              </w:rPr>
            </w:pPr>
          </w:p>
        </w:tc>
        <w:tc>
          <w:tcPr>
            <w:tcW w:w="1250"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368CCC9" w14:textId="77777777" w:rsidR="00313787" w:rsidRPr="00B57F18" w:rsidRDefault="00313787">
            <w:pPr>
              <w:spacing w:after="0" w:line="240" w:lineRule="auto"/>
              <w:rPr>
                <w:rFonts w:asciiTheme="majorHAnsi" w:hAnsiTheme="majorHAnsi" w:cstheme="majorHAnsi"/>
              </w:rPr>
            </w:pPr>
          </w:p>
        </w:tc>
        <w:tc>
          <w:tcPr>
            <w:tcW w:w="1076"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684F4B6" w14:textId="77777777" w:rsidR="00313787" w:rsidRPr="00B57F18" w:rsidRDefault="00313787">
            <w:pPr>
              <w:spacing w:after="0" w:line="240" w:lineRule="auto"/>
              <w:rPr>
                <w:rFonts w:asciiTheme="majorHAnsi" w:hAnsiTheme="majorHAnsi" w:cstheme="majorHAnsi"/>
              </w:rPr>
            </w:pPr>
          </w:p>
        </w:tc>
      </w:tr>
      <w:tr w:rsidR="00313787" w:rsidRPr="00B57F18" w14:paraId="344ACF8B" w14:textId="77777777" w:rsidTr="00B57F18">
        <w:trPr>
          <w:jc w:val="center"/>
        </w:trPr>
        <w:tc>
          <w:tcPr>
            <w:tcW w:w="1221"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4DCE684" w14:textId="77777777" w:rsidR="00313787" w:rsidRPr="00B57F18" w:rsidRDefault="00313787">
            <w:pPr>
              <w:spacing w:after="0" w:line="240" w:lineRule="auto"/>
              <w:rPr>
                <w:rFonts w:asciiTheme="majorHAnsi" w:hAnsiTheme="majorHAnsi" w:cstheme="majorHAnsi"/>
              </w:rPr>
            </w:pPr>
          </w:p>
        </w:tc>
        <w:tc>
          <w:tcPr>
            <w:tcW w:w="145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9841CE9" w14:textId="77777777" w:rsidR="00313787" w:rsidRPr="00B57F18" w:rsidRDefault="00313787">
            <w:pPr>
              <w:spacing w:after="0" w:line="240" w:lineRule="auto"/>
              <w:rPr>
                <w:rFonts w:asciiTheme="majorHAnsi" w:hAnsiTheme="majorHAnsi" w:cstheme="majorHAnsi"/>
              </w:rPr>
            </w:pPr>
          </w:p>
        </w:tc>
        <w:tc>
          <w:tcPr>
            <w:tcW w:w="1250"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C55F101" w14:textId="77777777" w:rsidR="00313787" w:rsidRPr="00B57F18" w:rsidRDefault="00313787">
            <w:pPr>
              <w:spacing w:after="0" w:line="240" w:lineRule="auto"/>
              <w:rPr>
                <w:rFonts w:asciiTheme="majorHAnsi" w:hAnsiTheme="majorHAnsi" w:cstheme="majorHAnsi"/>
              </w:rPr>
            </w:pPr>
          </w:p>
        </w:tc>
        <w:tc>
          <w:tcPr>
            <w:tcW w:w="1076"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80BB5D0" w14:textId="77777777" w:rsidR="00313787" w:rsidRPr="00B57F18" w:rsidRDefault="00313787">
            <w:pPr>
              <w:spacing w:after="0" w:line="240" w:lineRule="auto"/>
              <w:rPr>
                <w:rFonts w:asciiTheme="majorHAnsi" w:hAnsiTheme="majorHAnsi" w:cstheme="majorHAnsi"/>
              </w:rPr>
            </w:pPr>
          </w:p>
        </w:tc>
      </w:tr>
      <w:tr w:rsidR="00313787" w:rsidRPr="00B57F18" w14:paraId="320728F2" w14:textId="77777777" w:rsidTr="00B57F18">
        <w:trPr>
          <w:jc w:val="center"/>
        </w:trPr>
        <w:tc>
          <w:tcPr>
            <w:tcW w:w="1221"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508DF50" w14:textId="77777777" w:rsidR="00313787" w:rsidRPr="00B57F18" w:rsidRDefault="00313787">
            <w:pPr>
              <w:spacing w:after="0" w:line="240" w:lineRule="auto"/>
              <w:rPr>
                <w:rFonts w:asciiTheme="majorHAnsi" w:hAnsiTheme="majorHAnsi" w:cstheme="majorHAnsi"/>
              </w:rPr>
            </w:pPr>
          </w:p>
        </w:tc>
        <w:tc>
          <w:tcPr>
            <w:tcW w:w="145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06BD568" w14:textId="77777777" w:rsidR="00313787" w:rsidRPr="00B57F18" w:rsidRDefault="00313787">
            <w:pPr>
              <w:spacing w:after="0" w:line="240" w:lineRule="auto"/>
              <w:rPr>
                <w:rFonts w:asciiTheme="majorHAnsi" w:hAnsiTheme="majorHAnsi" w:cstheme="majorHAnsi"/>
              </w:rPr>
            </w:pPr>
          </w:p>
        </w:tc>
        <w:tc>
          <w:tcPr>
            <w:tcW w:w="1250"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3E6CC5A" w14:textId="77777777" w:rsidR="00313787" w:rsidRPr="00B57F18" w:rsidRDefault="00313787">
            <w:pPr>
              <w:spacing w:after="0" w:line="240" w:lineRule="auto"/>
              <w:rPr>
                <w:rFonts w:asciiTheme="majorHAnsi" w:hAnsiTheme="majorHAnsi" w:cstheme="majorHAnsi"/>
              </w:rPr>
            </w:pPr>
          </w:p>
        </w:tc>
        <w:tc>
          <w:tcPr>
            <w:tcW w:w="1076"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83A5CCE" w14:textId="77777777" w:rsidR="00313787" w:rsidRPr="00B57F18" w:rsidRDefault="00313787">
            <w:pPr>
              <w:spacing w:after="0" w:line="240" w:lineRule="auto"/>
              <w:rPr>
                <w:rFonts w:asciiTheme="majorHAnsi" w:hAnsiTheme="majorHAnsi" w:cstheme="majorHAnsi"/>
              </w:rPr>
            </w:pPr>
          </w:p>
        </w:tc>
      </w:tr>
      <w:tr w:rsidR="00313787" w:rsidRPr="00B57F18" w14:paraId="6642DAD4" w14:textId="77777777" w:rsidTr="00B57F18">
        <w:trPr>
          <w:jc w:val="center"/>
        </w:trPr>
        <w:tc>
          <w:tcPr>
            <w:tcW w:w="1221"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7BAAB26" w14:textId="77777777" w:rsidR="00313787" w:rsidRPr="00B57F18" w:rsidRDefault="00313787">
            <w:pPr>
              <w:spacing w:after="0" w:line="240" w:lineRule="auto"/>
              <w:rPr>
                <w:rFonts w:asciiTheme="majorHAnsi" w:hAnsiTheme="majorHAnsi" w:cstheme="majorHAnsi"/>
              </w:rPr>
            </w:pPr>
          </w:p>
        </w:tc>
        <w:tc>
          <w:tcPr>
            <w:tcW w:w="145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F44A57A" w14:textId="77777777" w:rsidR="00313787" w:rsidRPr="00B57F18" w:rsidRDefault="00313787">
            <w:pPr>
              <w:spacing w:after="0" w:line="240" w:lineRule="auto"/>
              <w:rPr>
                <w:rFonts w:asciiTheme="majorHAnsi" w:hAnsiTheme="majorHAnsi" w:cstheme="majorHAnsi"/>
              </w:rPr>
            </w:pPr>
          </w:p>
        </w:tc>
        <w:tc>
          <w:tcPr>
            <w:tcW w:w="1250"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78CF689" w14:textId="77777777" w:rsidR="00313787" w:rsidRPr="00B57F18" w:rsidRDefault="00313787">
            <w:pPr>
              <w:spacing w:after="0" w:line="240" w:lineRule="auto"/>
              <w:rPr>
                <w:rFonts w:asciiTheme="majorHAnsi" w:hAnsiTheme="majorHAnsi" w:cstheme="majorHAnsi"/>
              </w:rPr>
            </w:pPr>
          </w:p>
        </w:tc>
        <w:tc>
          <w:tcPr>
            <w:tcW w:w="1076"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5DACEF7" w14:textId="77777777" w:rsidR="00313787" w:rsidRPr="00B57F18" w:rsidRDefault="00313787">
            <w:pPr>
              <w:spacing w:after="0" w:line="240" w:lineRule="auto"/>
              <w:rPr>
                <w:rFonts w:asciiTheme="majorHAnsi" w:hAnsiTheme="majorHAnsi" w:cstheme="majorHAnsi"/>
              </w:rPr>
            </w:pPr>
          </w:p>
        </w:tc>
      </w:tr>
    </w:tbl>
    <w:p w14:paraId="2DD1F605" w14:textId="77777777" w:rsidR="00313787" w:rsidRPr="00B57F18" w:rsidRDefault="00313787">
      <w:pPr>
        <w:spacing w:after="40"/>
        <w:rPr>
          <w:rFonts w:asciiTheme="majorHAnsi" w:hAnsiTheme="majorHAnsi" w:cstheme="majorHAnsi"/>
        </w:rPr>
      </w:pPr>
    </w:p>
    <w:p w14:paraId="6AD7F315" w14:textId="77777777" w:rsidR="00313787" w:rsidRPr="00B57F18" w:rsidRDefault="00000000">
      <w:pPr>
        <w:spacing w:before="80" w:after="40"/>
        <w:rPr>
          <w:rFonts w:asciiTheme="majorHAnsi" w:hAnsiTheme="majorHAnsi" w:cstheme="majorHAnsi"/>
        </w:rPr>
      </w:pPr>
      <w:r w:rsidRPr="00B57F18">
        <w:rPr>
          <w:rFonts w:asciiTheme="majorHAnsi" w:eastAsia="Arial" w:hAnsiTheme="majorHAnsi" w:cstheme="majorHAnsi"/>
          <w:b/>
          <w:color w:val="333333"/>
        </w:rPr>
        <w:t>4.3. Co potwierdza zainteresowanie klientów?</w:t>
      </w:r>
    </w:p>
    <w:p w14:paraId="79956197"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Np. sprzedaż, zamówienia, zapytania ofertowe, pilotaże, listy intencyjne, wyniki ankiet lub rozmów z klientami.</w:t>
      </w:r>
    </w:p>
    <w:tbl>
      <w:tblPr>
        <w:tblW w:w="0" w:type="auto"/>
        <w:jc w:val="center"/>
        <w:tblLayout w:type="fixed"/>
        <w:tblLook w:val="04A0" w:firstRow="1" w:lastRow="0" w:firstColumn="1" w:lastColumn="0" w:noHBand="0" w:noVBand="1"/>
      </w:tblPr>
      <w:tblGrid>
        <w:gridCol w:w="9978"/>
      </w:tblGrid>
      <w:tr w:rsidR="00313787" w:rsidRPr="00B57F18" w14:paraId="5C2C1575"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72CDCC86"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r w:rsidRPr="00B57F18">
              <w:rPr>
                <w:rFonts w:asciiTheme="majorHAnsi" w:eastAsia="Arial" w:hAnsiTheme="majorHAnsi" w:cstheme="majorHAnsi"/>
                <w:color w:val="333333"/>
                <w:sz w:val="20"/>
                <w:lang w:val="pl-PL"/>
              </w:rPr>
              <w:br/>
            </w:r>
          </w:p>
        </w:tc>
      </w:tr>
    </w:tbl>
    <w:p w14:paraId="22400F2F" w14:textId="77777777" w:rsidR="00313787" w:rsidRPr="00B57F18" w:rsidRDefault="00313787">
      <w:pPr>
        <w:spacing w:after="20"/>
        <w:rPr>
          <w:rFonts w:asciiTheme="majorHAnsi" w:hAnsiTheme="majorHAnsi" w:cstheme="majorHAnsi"/>
          <w:lang w:val="pl-PL"/>
        </w:rPr>
      </w:pPr>
    </w:p>
    <w:p w14:paraId="0E934436" w14:textId="77777777" w:rsidR="00313787" w:rsidRPr="00B57F18" w:rsidRDefault="00000000">
      <w:pPr>
        <w:keepNext/>
        <w:spacing w:before="140" w:after="80"/>
        <w:rPr>
          <w:rFonts w:asciiTheme="majorHAnsi" w:hAnsiTheme="majorHAnsi" w:cstheme="majorHAnsi"/>
        </w:rPr>
      </w:pPr>
      <w:r w:rsidRPr="00B57F18">
        <w:rPr>
          <w:rFonts w:asciiTheme="majorHAnsi" w:eastAsia="Arial" w:hAnsiTheme="majorHAnsi" w:cstheme="majorHAnsi"/>
          <w:b/>
          <w:color w:val="55585A"/>
          <w:sz w:val="23"/>
        </w:rPr>
        <w:t>4.4. Konkurencja</w:t>
      </w:r>
    </w:p>
    <w:tbl>
      <w:tblPr>
        <w:tblW w:w="5000" w:type="pct"/>
        <w:jc w:val="center"/>
        <w:tblLook w:val="04A0" w:firstRow="1" w:lastRow="0" w:firstColumn="1" w:lastColumn="0" w:noHBand="0" w:noVBand="1"/>
      </w:tblPr>
      <w:tblGrid>
        <w:gridCol w:w="2435"/>
        <w:gridCol w:w="2550"/>
        <w:gridCol w:w="2435"/>
        <w:gridCol w:w="2550"/>
      </w:tblGrid>
      <w:tr w:rsidR="00313787" w:rsidRPr="00B57F18" w14:paraId="5A54541D" w14:textId="77777777" w:rsidTr="00B57F18">
        <w:trPr>
          <w:tblHeader/>
          <w:jc w:val="center"/>
        </w:trPr>
        <w:tc>
          <w:tcPr>
            <w:tcW w:w="1221"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42AC7FB1"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Konkurent / inne rozwiązanie</w:t>
            </w:r>
          </w:p>
        </w:tc>
        <w:tc>
          <w:tcPr>
            <w:tcW w:w="1279"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6EAB8C5A"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Co oferuje?</w:t>
            </w:r>
          </w:p>
        </w:tc>
        <w:tc>
          <w:tcPr>
            <w:tcW w:w="1221"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46345DD8"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Jego mocne strony</w:t>
            </w:r>
          </w:p>
        </w:tc>
        <w:tc>
          <w:tcPr>
            <w:tcW w:w="1279"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6200F8C4" w14:textId="77777777" w:rsidR="00313787" w:rsidRPr="00B57F18" w:rsidRDefault="00000000">
            <w:pPr>
              <w:spacing w:after="0" w:line="240" w:lineRule="auto"/>
              <w:jc w:val="center"/>
              <w:rPr>
                <w:rFonts w:asciiTheme="majorHAnsi" w:hAnsiTheme="majorHAnsi" w:cstheme="majorHAnsi"/>
                <w:lang w:val="pl-PL"/>
              </w:rPr>
            </w:pPr>
            <w:r w:rsidRPr="00B57F18">
              <w:rPr>
                <w:rFonts w:asciiTheme="majorHAnsi" w:eastAsia="Arial" w:hAnsiTheme="majorHAnsi" w:cstheme="majorHAnsi"/>
                <w:b/>
                <w:color w:val="FFFFFF"/>
                <w:sz w:val="16"/>
                <w:lang w:val="pl-PL"/>
              </w:rPr>
              <w:t>Dlaczego klient może wybrać naszą ofertę?</w:t>
            </w:r>
          </w:p>
        </w:tc>
      </w:tr>
      <w:tr w:rsidR="00313787" w:rsidRPr="00B57F18" w14:paraId="3E569B22" w14:textId="77777777" w:rsidTr="00B57F18">
        <w:trPr>
          <w:jc w:val="center"/>
        </w:trPr>
        <w:tc>
          <w:tcPr>
            <w:tcW w:w="1221"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02BBF5D" w14:textId="77777777" w:rsidR="00313787" w:rsidRPr="00B57F18" w:rsidRDefault="00313787">
            <w:pPr>
              <w:spacing w:after="0" w:line="240" w:lineRule="auto"/>
              <w:rPr>
                <w:rFonts w:asciiTheme="majorHAnsi" w:hAnsiTheme="majorHAnsi" w:cstheme="majorHAnsi"/>
                <w:lang w:val="pl-PL"/>
              </w:rPr>
            </w:pPr>
          </w:p>
        </w:tc>
        <w:tc>
          <w:tcPr>
            <w:tcW w:w="127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9594307" w14:textId="77777777" w:rsidR="00313787" w:rsidRPr="00B57F18" w:rsidRDefault="00313787">
            <w:pPr>
              <w:spacing w:after="0" w:line="240" w:lineRule="auto"/>
              <w:rPr>
                <w:rFonts w:asciiTheme="majorHAnsi" w:hAnsiTheme="majorHAnsi" w:cstheme="majorHAnsi"/>
                <w:lang w:val="pl-PL"/>
              </w:rPr>
            </w:pPr>
          </w:p>
        </w:tc>
        <w:tc>
          <w:tcPr>
            <w:tcW w:w="1221"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06D4147" w14:textId="77777777" w:rsidR="00313787" w:rsidRPr="00B57F18" w:rsidRDefault="00313787">
            <w:pPr>
              <w:spacing w:after="0" w:line="240" w:lineRule="auto"/>
              <w:rPr>
                <w:rFonts w:asciiTheme="majorHAnsi" w:hAnsiTheme="majorHAnsi" w:cstheme="majorHAnsi"/>
                <w:lang w:val="pl-PL"/>
              </w:rPr>
            </w:pPr>
          </w:p>
        </w:tc>
        <w:tc>
          <w:tcPr>
            <w:tcW w:w="127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A6E238D" w14:textId="77777777" w:rsidR="00313787" w:rsidRPr="00B57F18" w:rsidRDefault="00313787">
            <w:pPr>
              <w:spacing w:after="0" w:line="240" w:lineRule="auto"/>
              <w:rPr>
                <w:rFonts w:asciiTheme="majorHAnsi" w:hAnsiTheme="majorHAnsi" w:cstheme="majorHAnsi"/>
                <w:lang w:val="pl-PL"/>
              </w:rPr>
            </w:pPr>
          </w:p>
        </w:tc>
      </w:tr>
      <w:tr w:rsidR="00313787" w:rsidRPr="00B57F18" w14:paraId="4B069472" w14:textId="77777777" w:rsidTr="00B57F18">
        <w:trPr>
          <w:jc w:val="center"/>
        </w:trPr>
        <w:tc>
          <w:tcPr>
            <w:tcW w:w="1221"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B8A4910" w14:textId="77777777" w:rsidR="00313787" w:rsidRPr="00B57F18" w:rsidRDefault="00313787">
            <w:pPr>
              <w:spacing w:after="0" w:line="240" w:lineRule="auto"/>
              <w:rPr>
                <w:rFonts w:asciiTheme="majorHAnsi" w:hAnsiTheme="majorHAnsi" w:cstheme="majorHAnsi"/>
                <w:lang w:val="pl-PL"/>
              </w:rPr>
            </w:pPr>
          </w:p>
        </w:tc>
        <w:tc>
          <w:tcPr>
            <w:tcW w:w="127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32198E5" w14:textId="77777777" w:rsidR="00313787" w:rsidRPr="00B57F18" w:rsidRDefault="00313787">
            <w:pPr>
              <w:spacing w:after="0" w:line="240" w:lineRule="auto"/>
              <w:rPr>
                <w:rFonts w:asciiTheme="majorHAnsi" w:hAnsiTheme="majorHAnsi" w:cstheme="majorHAnsi"/>
                <w:lang w:val="pl-PL"/>
              </w:rPr>
            </w:pPr>
          </w:p>
        </w:tc>
        <w:tc>
          <w:tcPr>
            <w:tcW w:w="1221"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AF357DD" w14:textId="77777777" w:rsidR="00313787" w:rsidRPr="00B57F18" w:rsidRDefault="00313787">
            <w:pPr>
              <w:spacing w:after="0" w:line="240" w:lineRule="auto"/>
              <w:rPr>
                <w:rFonts w:asciiTheme="majorHAnsi" w:hAnsiTheme="majorHAnsi" w:cstheme="majorHAnsi"/>
                <w:lang w:val="pl-PL"/>
              </w:rPr>
            </w:pPr>
          </w:p>
        </w:tc>
        <w:tc>
          <w:tcPr>
            <w:tcW w:w="127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47EAED9" w14:textId="77777777" w:rsidR="00313787" w:rsidRPr="00B57F18" w:rsidRDefault="00313787">
            <w:pPr>
              <w:spacing w:after="0" w:line="240" w:lineRule="auto"/>
              <w:rPr>
                <w:rFonts w:asciiTheme="majorHAnsi" w:hAnsiTheme="majorHAnsi" w:cstheme="majorHAnsi"/>
                <w:lang w:val="pl-PL"/>
              </w:rPr>
            </w:pPr>
          </w:p>
        </w:tc>
      </w:tr>
      <w:tr w:rsidR="00313787" w:rsidRPr="00B57F18" w14:paraId="07571F86" w14:textId="77777777" w:rsidTr="00B57F18">
        <w:trPr>
          <w:jc w:val="center"/>
        </w:trPr>
        <w:tc>
          <w:tcPr>
            <w:tcW w:w="1221"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679BC8B" w14:textId="77777777" w:rsidR="00313787" w:rsidRPr="00B57F18" w:rsidRDefault="00313787">
            <w:pPr>
              <w:spacing w:after="0" w:line="240" w:lineRule="auto"/>
              <w:rPr>
                <w:rFonts w:asciiTheme="majorHAnsi" w:hAnsiTheme="majorHAnsi" w:cstheme="majorHAnsi"/>
                <w:lang w:val="pl-PL"/>
              </w:rPr>
            </w:pPr>
          </w:p>
        </w:tc>
        <w:tc>
          <w:tcPr>
            <w:tcW w:w="127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7430640" w14:textId="77777777" w:rsidR="00313787" w:rsidRPr="00B57F18" w:rsidRDefault="00313787">
            <w:pPr>
              <w:spacing w:after="0" w:line="240" w:lineRule="auto"/>
              <w:rPr>
                <w:rFonts w:asciiTheme="majorHAnsi" w:hAnsiTheme="majorHAnsi" w:cstheme="majorHAnsi"/>
                <w:lang w:val="pl-PL"/>
              </w:rPr>
            </w:pPr>
          </w:p>
        </w:tc>
        <w:tc>
          <w:tcPr>
            <w:tcW w:w="1221"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153925B" w14:textId="77777777" w:rsidR="00313787" w:rsidRPr="00B57F18" w:rsidRDefault="00313787">
            <w:pPr>
              <w:spacing w:after="0" w:line="240" w:lineRule="auto"/>
              <w:rPr>
                <w:rFonts w:asciiTheme="majorHAnsi" w:hAnsiTheme="majorHAnsi" w:cstheme="majorHAnsi"/>
                <w:lang w:val="pl-PL"/>
              </w:rPr>
            </w:pPr>
          </w:p>
        </w:tc>
        <w:tc>
          <w:tcPr>
            <w:tcW w:w="127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E225D02" w14:textId="77777777" w:rsidR="00313787" w:rsidRPr="00B57F18" w:rsidRDefault="00313787">
            <w:pPr>
              <w:spacing w:after="0" w:line="240" w:lineRule="auto"/>
              <w:rPr>
                <w:rFonts w:asciiTheme="majorHAnsi" w:hAnsiTheme="majorHAnsi" w:cstheme="majorHAnsi"/>
                <w:lang w:val="pl-PL"/>
              </w:rPr>
            </w:pPr>
          </w:p>
        </w:tc>
      </w:tr>
      <w:tr w:rsidR="00313787" w:rsidRPr="00B57F18" w14:paraId="295DE490" w14:textId="77777777" w:rsidTr="00B57F18">
        <w:trPr>
          <w:jc w:val="center"/>
        </w:trPr>
        <w:tc>
          <w:tcPr>
            <w:tcW w:w="1221"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4611832" w14:textId="77777777" w:rsidR="00313787" w:rsidRPr="00B57F18" w:rsidRDefault="00313787">
            <w:pPr>
              <w:spacing w:after="0" w:line="240" w:lineRule="auto"/>
              <w:rPr>
                <w:rFonts w:asciiTheme="majorHAnsi" w:hAnsiTheme="majorHAnsi" w:cstheme="majorHAnsi"/>
                <w:lang w:val="pl-PL"/>
              </w:rPr>
            </w:pPr>
          </w:p>
        </w:tc>
        <w:tc>
          <w:tcPr>
            <w:tcW w:w="127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BE9F8B4" w14:textId="77777777" w:rsidR="00313787" w:rsidRPr="00B57F18" w:rsidRDefault="00313787">
            <w:pPr>
              <w:spacing w:after="0" w:line="240" w:lineRule="auto"/>
              <w:rPr>
                <w:rFonts w:asciiTheme="majorHAnsi" w:hAnsiTheme="majorHAnsi" w:cstheme="majorHAnsi"/>
                <w:lang w:val="pl-PL"/>
              </w:rPr>
            </w:pPr>
          </w:p>
        </w:tc>
        <w:tc>
          <w:tcPr>
            <w:tcW w:w="1221"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9F6D042" w14:textId="77777777" w:rsidR="00313787" w:rsidRPr="00B57F18" w:rsidRDefault="00313787">
            <w:pPr>
              <w:spacing w:after="0" w:line="240" w:lineRule="auto"/>
              <w:rPr>
                <w:rFonts w:asciiTheme="majorHAnsi" w:hAnsiTheme="majorHAnsi" w:cstheme="majorHAnsi"/>
                <w:lang w:val="pl-PL"/>
              </w:rPr>
            </w:pPr>
          </w:p>
        </w:tc>
        <w:tc>
          <w:tcPr>
            <w:tcW w:w="127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CA036A9" w14:textId="77777777" w:rsidR="00313787" w:rsidRPr="00B57F18" w:rsidRDefault="00313787">
            <w:pPr>
              <w:spacing w:after="0" w:line="240" w:lineRule="auto"/>
              <w:rPr>
                <w:rFonts w:asciiTheme="majorHAnsi" w:hAnsiTheme="majorHAnsi" w:cstheme="majorHAnsi"/>
                <w:lang w:val="pl-PL"/>
              </w:rPr>
            </w:pPr>
          </w:p>
        </w:tc>
      </w:tr>
    </w:tbl>
    <w:p w14:paraId="121622D6" w14:textId="77777777" w:rsidR="00313787" w:rsidRPr="00B57F18" w:rsidRDefault="00313787">
      <w:pPr>
        <w:spacing w:after="40"/>
        <w:rPr>
          <w:rFonts w:asciiTheme="majorHAnsi" w:hAnsiTheme="majorHAnsi" w:cstheme="majorHAnsi"/>
          <w:lang w:val="pl-PL"/>
        </w:rPr>
      </w:pPr>
    </w:p>
    <w:p w14:paraId="764319E5"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4.5. Jakie są najważniejsze bariery wejścia na rynek?</w:t>
      </w:r>
    </w:p>
    <w:p w14:paraId="07456234"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Np. koszty, regulacje, dostęp do klientów, technologia, konieczne certyfikaty, silna konkurencja.</w:t>
      </w:r>
    </w:p>
    <w:tbl>
      <w:tblPr>
        <w:tblW w:w="0" w:type="auto"/>
        <w:jc w:val="center"/>
        <w:tblLayout w:type="fixed"/>
        <w:tblLook w:val="04A0" w:firstRow="1" w:lastRow="0" w:firstColumn="1" w:lastColumn="0" w:noHBand="0" w:noVBand="1"/>
      </w:tblPr>
      <w:tblGrid>
        <w:gridCol w:w="9978"/>
      </w:tblGrid>
      <w:tr w:rsidR="00313787" w:rsidRPr="00B57F18" w14:paraId="06E1392C"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0BD509AF"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p>
        </w:tc>
      </w:tr>
    </w:tbl>
    <w:p w14:paraId="095B021D" w14:textId="77777777" w:rsidR="00313787" w:rsidRPr="00B57F18" w:rsidRDefault="00313787">
      <w:pPr>
        <w:spacing w:after="20"/>
        <w:rPr>
          <w:rFonts w:asciiTheme="majorHAnsi" w:hAnsiTheme="majorHAnsi" w:cstheme="majorHAnsi"/>
          <w:lang w:val="pl-PL"/>
        </w:rPr>
      </w:pPr>
    </w:p>
    <w:p w14:paraId="036CBDB3" w14:textId="77777777" w:rsidR="00313787" w:rsidRPr="00B57F18" w:rsidRDefault="00000000">
      <w:pPr>
        <w:keepNext/>
        <w:pageBreakBefore/>
        <w:pBdr>
          <w:bottom w:val="single" w:sz="12" w:space="2" w:color="F58220"/>
        </w:pBdr>
        <w:spacing w:before="160" w:after="120"/>
        <w:rPr>
          <w:rFonts w:asciiTheme="majorHAnsi" w:hAnsiTheme="majorHAnsi" w:cstheme="majorHAnsi"/>
          <w:lang w:val="pl-PL"/>
        </w:rPr>
      </w:pPr>
      <w:r w:rsidRPr="00B57F18">
        <w:rPr>
          <w:rFonts w:asciiTheme="majorHAnsi" w:eastAsia="Arial" w:hAnsiTheme="majorHAnsi" w:cstheme="majorHAnsi"/>
          <w:b/>
          <w:color w:val="55585A"/>
          <w:sz w:val="28"/>
          <w:lang w:val="pl-PL"/>
        </w:rPr>
        <w:lastRenderedPageBreak/>
        <w:t>5. Sprzedaż i sposób prowadzenia działalności</w:t>
      </w:r>
    </w:p>
    <w:p w14:paraId="7DB6211D"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5.1. W jaki sposób firma będzie sprzedawać i zarabiać?</w:t>
      </w:r>
    </w:p>
    <w:p w14:paraId="4F21525D"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Proszę opisać model sprzedaży i sposób rozliczania z klientem.</w:t>
      </w:r>
    </w:p>
    <w:tbl>
      <w:tblPr>
        <w:tblW w:w="0" w:type="auto"/>
        <w:jc w:val="center"/>
        <w:tblLayout w:type="fixed"/>
        <w:tblLook w:val="04A0" w:firstRow="1" w:lastRow="0" w:firstColumn="1" w:lastColumn="0" w:noHBand="0" w:noVBand="1"/>
      </w:tblPr>
      <w:tblGrid>
        <w:gridCol w:w="9978"/>
      </w:tblGrid>
      <w:tr w:rsidR="00313787" w:rsidRPr="00B57F18" w14:paraId="59F589EE"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4C61AB4D"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r w:rsidRPr="00B57F18">
              <w:rPr>
                <w:rFonts w:asciiTheme="majorHAnsi" w:eastAsia="Arial" w:hAnsiTheme="majorHAnsi" w:cstheme="majorHAnsi"/>
                <w:color w:val="333333"/>
                <w:sz w:val="20"/>
                <w:lang w:val="pl-PL"/>
              </w:rPr>
              <w:br/>
            </w:r>
          </w:p>
        </w:tc>
      </w:tr>
    </w:tbl>
    <w:p w14:paraId="3BB94AF3" w14:textId="77777777" w:rsidR="00313787" w:rsidRPr="00B57F18" w:rsidRDefault="00313787">
      <w:pPr>
        <w:spacing w:after="20"/>
        <w:rPr>
          <w:rFonts w:asciiTheme="majorHAnsi" w:hAnsiTheme="majorHAnsi" w:cstheme="majorHAnsi"/>
          <w:lang w:val="pl-PL"/>
        </w:rPr>
      </w:pPr>
    </w:p>
    <w:p w14:paraId="4E7D1DCC"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5.2. Jak ustalono ceny?</w:t>
      </w:r>
    </w:p>
    <w:p w14:paraId="30ED0CED"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Proszę odnieść się do cen konkurencji, kosztów, wartości dla klienta lub wyników rozmów z klientami.</w:t>
      </w:r>
    </w:p>
    <w:tbl>
      <w:tblPr>
        <w:tblW w:w="0" w:type="auto"/>
        <w:jc w:val="center"/>
        <w:tblLayout w:type="fixed"/>
        <w:tblLook w:val="04A0" w:firstRow="1" w:lastRow="0" w:firstColumn="1" w:lastColumn="0" w:noHBand="0" w:noVBand="1"/>
      </w:tblPr>
      <w:tblGrid>
        <w:gridCol w:w="9978"/>
      </w:tblGrid>
      <w:tr w:rsidR="00313787" w:rsidRPr="00B57F18" w14:paraId="0909A3AF"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1115B691"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r w:rsidRPr="00B57F18">
              <w:rPr>
                <w:rFonts w:asciiTheme="majorHAnsi" w:eastAsia="Arial" w:hAnsiTheme="majorHAnsi" w:cstheme="majorHAnsi"/>
                <w:color w:val="333333"/>
                <w:sz w:val="20"/>
                <w:lang w:val="pl-PL"/>
              </w:rPr>
              <w:br/>
            </w:r>
          </w:p>
        </w:tc>
      </w:tr>
    </w:tbl>
    <w:p w14:paraId="51D91D3B" w14:textId="77777777" w:rsidR="00313787" w:rsidRPr="00B57F18" w:rsidRDefault="00313787">
      <w:pPr>
        <w:spacing w:after="20"/>
        <w:rPr>
          <w:rFonts w:asciiTheme="majorHAnsi" w:hAnsiTheme="majorHAnsi" w:cstheme="majorHAnsi"/>
          <w:lang w:val="pl-PL"/>
        </w:rPr>
      </w:pPr>
    </w:p>
    <w:p w14:paraId="1143442B"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5.3. Jak firma będzie docierać do klientów?</w:t>
      </w:r>
    </w:p>
    <w:p w14:paraId="5C9AD007"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Np. sprzedaż bezpośrednia, internet, partnerzy handlowi, przetargi, sieć dystrybutorów, platformy.</w:t>
      </w:r>
    </w:p>
    <w:tbl>
      <w:tblPr>
        <w:tblW w:w="0" w:type="auto"/>
        <w:jc w:val="center"/>
        <w:tblLayout w:type="fixed"/>
        <w:tblLook w:val="04A0" w:firstRow="1" w:lastRow="0" w:firstColumn="1" w:lastColumn="0" w:noHBand="0" w:noVBand="1"/>
      </w:tblPr>
      <w:tblGrid>
        <w:gridCol w:w="9978"/>
      </w:tblGrid>
      <w:tr w:rsidR="00313787" w:rsidRPr="00B57F18" w14:paraId="350F69BC"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3A2B9567"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r w:rsidRPr="00B57F18">
              <w:rPr>
                <w:rFonts w:asciiTheme="majorHAnsi" w:eastAsia="Arial" w:hAnsiTheme="majorHAnsi" w:cstheme="majorHAnsi"/>
                <w:color w:val="333333"/>
                <w:sz w:val="20"/>
                <w:lang w:val="pl-PL"/>
              </w:rPr>
              <w:br/>
            </w:r>
          </w:p>
        </w:tc>
      </w:tr>
    </w:tbl>
    <w:p w14:paraId="2B58188E" w14:textId="77777777" w:rsidR="00313787" w:rsidRPr="00B57F18" w:rsidRDefault="00313787">
      <w:pPr>
        <w:spacing w:after="20"/>
        <w:rPr>
          <w:rFonts w:asciiTheme="majorHAnsi" w:hAnsiTheme="majorHAnsi" w:cstheme="majorHAnsi"/>
          <w:lang w:val="pl-PL"/>
        </w:rPr>
      </w:pPr>
    </w:p>
    <w:p w14:paraId="6DB2CF75"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5.4. Jak będą prowadzone działania promocyjne i sprzedażowe?</w:t>
      </w:r>
    </w:p>
    <w:p w14:paraId="7FCDAD77"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Proszę wskazać najważniejsze działania oraz – jeśli to możliwe – orientacyjny budżet.</w:t>
      </w:r>
    </w:p>
    <w:tbl>
      <w:tblPr>
        <w:tblW w:w="0" w:type="auto"/>
        <w:jc w:val="center"/>
        <w:tblLayout w:type="fixed"/>
        <w:tblLook w:val="04A0" w:firstRow="1" w:lastRow="0" w:firstColumn="1" w:lastColumn="0" w:noHBand="0" w:noVBand="1"/>
      </w:tblPr>
      <w:tblGrid>
        <w:gridCol w:w="9978"/>
      </w:tblGrid>
      <w:tr w:rsidR="00313787" w:rsidRPr="00B57F18" w14:paraId="4EBCD7B5"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1084B913"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r w:rsidRPr="00B57F18">
              <w:rPr>
                <w:rFonts w:asciiTheme="majorHAnsi" w:eastAsia="Arial" w:hAnsiTheme="majorHAnsi" w:cstheme="majorHAnsi"/>
                <w:color w:val="333333"/>
                <w:sz w:val="20"/>
                <w:lang w:val="pl-PL"/>
              </w:rPr>
              <w:br/>
            </w:r>
          </w:p>
        </w:tc>
      </w:tr>
    </w:tbl>
    <w:p w14:paraId="3DAC115F" w14:textId="77777777" w:rsidR="00313787" w:rsidRPr="00B57F18" w:rsidRDefault="00313787">
      <w:pPr>
        <w:spacing w:after="20"/>
        <w:rPr>
          <w:rFonts w:asciiTheme="majorHAnsi" w:hAnsiTheme="majorHAnsi" w:cstheme="majorHAnsi"/>
          <w:lang w:val="pl-PL"/>
        </w:rPr>
      </w:pPr>
    </w:p>
    <w:p w14:paraId="0D234274"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5.5. Po czym będzie wiadomo, że przedsięwzięcie rozwija się zgodnie z planem?</w:t>
      </w:r>
    </w:p>
    <w:p w14:paraId="1CB926EC"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Proszę wskazać 3–5 prostych mierzalnych wielkości, np. liczba klientów, wartość sprzedaży, liczba zamówień, użytkowników, zawartych umów albo udział sprzedaży zagranicznej.</w:t>
      </w:r>
    </w:p>
    <w:tbl>
      <w:tblPr>
        <w:tblW w:w="0" w:type="auto"/>
        <w:jc w:val="center"/>
        <w:tblLayout w:type="fixed"/>
        <w:tblLook w:val="04A0" w:firstRow="1" w:lastRow="0" w:firstColumn="1" w:lastColumn="0" w:noHBand="0" w:noVBand="1"/>
      </w:tblPr>
      <w:tblGrid>
        <w:gridCol w:w="9978"/>
      </w:tblGrid>
      <w:tr w:rsidR="00313787" w:rsidRPr="00B57F18" w14:paraId="381619ED"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0616E9DB"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r w:rsidRPr="00B57F18">
              <w:rPr>
                <w:rFonts w:asciiTheme="majorHAnsi" w:eastAsia="Arial" w:hAnsiTheme="majorHAnsi" w:cstheme="majorHAnsi"/>
                <w:color w:val="333333"/>
                <w:sz w:val="20"/>
                <w:lang w:val="pl-PL"/>
              </w:rPr>
              <w:br/>
            </w:r>
          </w:p>
        </w:tc>
      </w:tr>
    </w:tbl>
    <w:p w14:paraId="42ED68BF" w14:textId="77777777" w:rsidR="00313787" w:rsidRPr="00B57F18" w:rsidRDefault="00313787">
      <w:pPr>
        <w:spacing w:after="20"/>
        <w:rPr>
          <w:rFonts w:asciiTheme="majorHAnsi" w:hAnsiTheme="majorHAnsi" w:cstheme="majorHAnsi"/>
          <w:lang w:val="pl-PL"/>
        </w:rPr>
      </w:pPr>
    </w:p>
    <w:p w14:paraId="28D84473" w14:textId="77777777" w:rsidR="00313787" w:rsidRPr="00B57F18" w:rsidRDefault="00000000">
      <w:pPr>
        <w:keepNext/>
        <w:spacing w:before="140" w:after="80"/>
        <w:rPr>
          <w:rFonts w:asciiTheme="majorHAnsi" w:hAnsiTheme="majorHAnsi" w:cstheme="majorHAnsi"/>
        </w:rPr>
      </w:pPr>
      <w:r w:rsidRPr="00B57F18">
        <w:rPr>
          <w:rFonts w:asciiTheme="majorHAnsi" w:eastAsia="Arial" w:hAnsiTheme="majorHAnsi" w:cstheme="majorHAnsi"/>
          <w:b/>
          <w:color w:val="55585A"/>
          <w:sz w:val="23"/>
        </w:rPr>
        <w:t>5.6. Organizacja w pierwszym roku</w:t>
      </w:r>
    </w:p>
    <w:tbl>
      <w:tblPr>
        <w:tblW w:w="5000" w:type="pct"/>
        <w:jc w:val="center"/>
        <w:tblLook w:val="04A0" w:firstRow="1" w:lastRow="0" w:firstColumn="1" w:lastColumn="0" w:noHBand="0" w:noVBand="1"/>
      </w:tblPr>
      <w:tblGrid>
        <w:gridCol w:w="2320"/>
        <w:gridCol w:w="3593"/>
        <w:gridCol w:w="2203"/>
        <w:gridCol w:w="1854"/>
      </w:tblGrid>
      <w:tr w:rsidR="00313787" w:rsidRPr="00B57F18" w14:paraId="36102CAE" w14:textId="77777777" w:rsidTr="00B57F18">
        <w:trPr>
          <w:tblHeader/>
          <w:jc w:val="center"/>
        </w:trPr>
        <w:tc>
          <w:tcPr>
            <w:tcW w:w="1163"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0BC6BA2F"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Funkcja / stanowisko</w:t>
            </w:r>
          </w:p>
        </w:tc>
        <w:tc>
          <w:tcPr>
            <w:tcW w:w="180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61E15EB6"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Zakres odpowiedzialności</w:t>
            </w:r>
          </w:p>
        </w:tc>
        <w:tc>
          <w:tcPr>
            <w:tcW w:w="1105"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1DFB4A74"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Kto będzie odpowiadał?</w:t>
            </w:r>
          </w:p>
        </w:tc>
        <w:tc>
          <w:tcPr>
            <w:tcW w:w="930"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4C6411EA"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Forma zaangażowania</w:t>
            </w:r>
          </w:p>
        </w:tc>
      </w:tr>
      <w:tr w:rsidR="00313787" w:rsidRPr="00B57F18" w14:paraId="2955CCA2" w14:textId="77777777" w:rsidTr="00B57F18">
        <w:trPr>
          <w:jc w:val="center"/>
        </w:trPr>
        <w:tc>
          <w:tcPr>
            <w:tcW w:w="1163"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58ECD8E" w14:textId="77777777" w:rsidR="00313787" w:rsidRPr="00B57F18" w:rsidRDefault="00313787">
            <w:pPr>
              <w:spacing w:after="0" w:line="240" w:lineRule="auto"/>
              <w:rPr>
                <w:rFonts w:asciiTheme="majorHAnsi" w:hAnsiTheme="majorHAnsi" w:cstheme="majorHAnsi"/>
              </w:rPr>
            </w:pPr>
          </w:p>
        </w:tc>
        <w:tc>
          <w:tcPr>
            <w:tcW w:w="180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27078DB" w14:textId="77777777" w:rsidR="00313787" w:rsidRPr="00B57F18" w:rsidRDefault="00313787">
            <w:pPr>
              <w:spacing w:after="0" w:line="240" w:lineRule="auto"/>
              <w:rPr>
                <w:rFonts w:asciiTheme="majorHAnsi" w:hAnsiTheme="majorHAnsi" w:cstheme="majorHAnsi"/>
              </w:rPr>
            </w:pPr>
          </w:p>
        </w:tc>
        <w:tc>
          <w:tcPr>
            <w:tcW w:w="110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FD95335" w14:textId="77777777" w:rsidR="00313787" w:rsidRPr="00B57F18" w:rsidRDefault="00313787">
            <w:pPr>
              <w:spacing w:after="0" w:line="240" w:lineRule="auto"/>
              <w:rPr>
                <w:rFonts w:asciiTheme="majorHAnsi" w:hAnsiTheme="majorHAnsi" w:cstheme="majorHAnsi"/>
              </w:rPr>
            </w:pPr>
          </w:p>
        </w:tc>
        <w:tc>
          <w:tcPr>
            <w:tcW w:w="930"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F59F697" w14:textId="77777777" w:rsidR="00313787" w:rsidRPr="00B57F18" w:rsidRDefault="00313787">
            <w:pPr>
              <w:spacing w:after="0" w:line="240" w:lineRule="auto"/>
              <w:rPr>
                <w:rFonts w:asciiTheme="majorHAnsi" w:hAnsiTheme="majorHAnsi" w:cstheme="majorHAnsi"/>
              </w:rPr>
            </w:pPr>
          </w:p>
        </w:tc>
      </w:tr>
      <w:tr w:rsidR="00313787" w:rsidRPr="00B57F18" w14:paraId="1FA715BB" w14:textId="77777777" w:rsidTr="00B57F18">
        <w:trPr>
          <w:jc w:val="center"/>
        </w:trPr>
        <w:tc>
          <w:tcPr>
            <w:tcW w:w="1163"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B982B28" w14:textId="77777777" w:rsidR="00313787" w:rsidRPr="00B57F18" w:rsidRDefault="00313787">
            <w:pPr>
              <w:spacing w:after="0" w:line="240" w:lineRule="auto"/>
              <w:rPr>
                <w:rFonts w:asciiTheme="majorHAnsi" w:hAnsiTheme="majorHAnsi" w:cstheme="majorHAnsi"/>
              </w:rPr>
            </w:pPr>
          </w:p>
        </w:tc>
        <w:tc>
          <w:tcPr>
            <w:tcW w:w="180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7BC823B" w14:textId="77777777" w:rsidR="00313787" w:rsidRPr="00B57F18" w:rsidRDefault="00313787">
            <w:pPr>
              <w:spacing w:after="0" w:line="240" w:lineRule="auto"/>
              <w:rPr>
                <w:rFonts w:asciiTheme="majorHAnsi" w:hAnsiTheme="majorHAnsi" w:cstheme="majorHAnsi"/>
              </w:rPr>
            </w:pPr>
          </w:p>
        </w:tc>
        <w:tc>
          <w:tcPr>
            <w:tcW w:w="110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5DD166F" w14:textId="77777777" w:rsidR="00313787" w:rsidRPr="00B57F18" w:rsidRDefault="00313787">
            <w:pPr>
              <w:spacing w:after="0" w:line="240" w:lineRule="auto"/>
              <w:rPr>
                <w:rFonts w:asciiTheme="majorHAnsi" w:hAnsiTheme="majorHAnsi" w:cstheme="majorHAnsi"/>
              </w:rPr>
            </w:pPr>
          </w:p>
        </w:tc>
        <w:tc>
          <w:tcPr>
            <w:tcW w:w="930"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DB263AF" w14:textId="77777777" w:rsidR="00313787" w:rsidRPr="00B57F18" w:rsidRDefault="00313787">
            <w:pPr>
              <w:spacing w:after="0" w:line="240" w:lineRule="auto"/>
              <w:rPr>
                <w:rFonts w:asciiTheme="majorHAnsi" w:hAnsiTheme="majorHAnsi" w:cstheme="majorHAnsi"/>
              </w:rPr>
            </w:pPr>
          </w:p>
        </w:tc>
      </w:tr>
      <w:tr w:rsidR="00313787" w:rsidRPr="00B57F18" w14:paraId="0903E82A" w14:textId="77777777" w:rsidTr="00B57F18">
        <w:trPr>
          <w:jc w:val="center"/>
        </w:trPr>
        <w:tc>
          <w:tcPr>
            <w:tcW w:w="1163"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7F962A6" w14:textId="77777777" w:rsidR="00313787" w:rsidRPr="00B57F18" w:rsidRDefault="00313787">
            <w:pPr>
              <w:spacing w:after="0" w:line="240" w:lineRule="auto"/>
              <w:rPr>
                <w:rFonts w:asciiTheme="majorHAnsi" w:hAnsiTheme="majorHAnsi" w:cstheme="majorHAnsi"/>
              </w:rPr>
            </w:pPr>
          </w:p>
        </w:tc>
        <w:tc>
          <w:tcPr>
            <w:tcW w:w="180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54A7197" w14:textId="77777777" w:rsidR="00313787" w:rsidRPr="00B57F18" w:rsidRDefault="00313787">
            <w:pPr>
              <w:spacing w:after="0" w:line="240" w:lineRule="auto"/>
              <w:rPr>
                <w:rFonts w:asciiTheme="majorHAnsi" w:hAnsiTheme="majorHAnsi" w:cstheme="majorHAnsi"/>
              </w:rPr>
            </w:pPr>
          </w:p>
        </w:tc>
        <w:tc>
          <w:tcPr>
            <w:tcW w:w="110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3F48E49" w14:textId="77777777" w:rsidR="00313787" w:rsidRPr="00B57F18" w:rsidRDefault="00313787">
            <w:pPr>
              <w:spacing w:after="0" w:line="240" w:lineRule="auto"/>
              <w:rPr>
                <w:rFonts w:asciiTheme="majorHAnsi" w:hAnsiTheme="majorHAnsi" w:cstheme="majorHAnsi"/>
              </w:rPr>
            </w:pPr>
          </w:p>
        </w:tc>
        <w:tc>
          <w:tcPr>
            <w:tcW w:w="930"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8037DF5" w14:textId="77777777" w:rsidR="00313787" w:rsidRPr="00B57F18" w:rsidRDefault="00313787">
            <w:pPr>
              <w:spacing w:after="0" w:line="240" w:lineRule="auto"/>
              <w:rPr>
                <w:rFonts w:asciiTheme="majorHAnsi" w:hAnsiTheme="majorHAnsi" w:cstheme="majorHAnsi"/>
              </w:rPr>
            </w:pPr>
          </w:p>
        </w:tc>
      </w:tr>
      <w:tr w:rsidR="00313787" w:rsidRPr="00B57F18" w14:paraId="7A559DF1" w14:textId="77777777" w:rsidTr="00B57F18">
        <w:trPr>
          <w:jc w:val="center"/>
        </w:trPr>
        <w:tc>
          <w:tcPr>
            <w:tcW w:w="1163"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5EE43A9" w14:textId="77777777" w:rsidR="00313787" w:rsidRPr="00B57F18" w:rsidRDefault="00313787">
            <w:pPr>
              <w:spacing w:after="0" w:line="240" w:lineRule="auto"/>
              <w:rPr>
                <w:rFonts w:asciiTheme="majorHAnsi" w:hAnsiTheme="majorHAnsi" w:cstheme="majorHAnsi"/>
              </w:rPr>
            </w:pPr>
          </w:p>
        </w:tc>
        <w:tc>
          <w:tcPr>
            <w:tcW w:w="180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0A69145" w14:textId="77777777" w:rsidR="00313787" w:rsidRPr="00B57F18" w:rsidRDefault="00313787">
            <w:pPr>
              <w:spacing w:after="0" w:line="240" w:lineRule="auto"/>
              <w:rPr>
                <w:rFonts w:asciiTheme="majorHAnsi" w:hAnsiTheme="majorHAnsi" w:cstheme="majorHAnsi"/>
              </w:rPr>
            </w:pPr>
          </w:p>
        </w:tc>
        <w:tc>
          <w:tcPr>
            <w:tcW w:w="110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11FED0B" w14:textId="77777777" w:rsidR="00313787" w:rsidRPr="00B57F18" w:rsidRDefault="00313787">
            <w:pPr>
              <w:spacing w:after="0" w:line="240" w:lineRule="auto"/>
              <w:rPr>
                <w:rFonts w:asciiTheme="majorHAnsi" w:hAnsiTheme="majorHAnsi" w:cstheme="majorHAnsi"/>
              </w:rPr>
            </w:pPr>
          </w:p>
        </w:tc>
        <w:tc>
          <w:tcPr>
            <w:tcW w:w="930"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0D584D4" w14:textId="77777777" w:rsidR="00313787" w:rsidRPr="00B57F18" w:rsidRDefault="00313787">
            <w:pPr>
              <w:spacing w:after="0" w:line="240" w:lineRule="auto"/>
              <w:rPr>
                <w:rFonts w:asciiTheme="majorHAnsi" w:hAnsiTheme="majorHAnsi" w:cstheme="majorHAnsi"/>
              </w:rPr>
            </w:pPr>
          </w:p>
        </w:tc>
      </w:tr>
      <w:tr w:rsidR="00313787" w:rsidRPr="00B57F18" w14:paraId="43FF0C4F" w14:textId="77777777" w:rsidTr="00B57F18">
        <w:trPr>
          <w:jc w:val="center"/>
        </w:trPr>
        <w:tc>
          <w:tcPr>
            <w:tcW w:w="1163"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1991A17" w14:textId="77777777" w:rsidR="00313787" w:rsidRPr="00B57F18" w:rsidRDefault="00313787">
            <w:pPr>
              <w:spacing w:after="0" w:line="240" w:lineRule="auto"/>
              <w:rPr>
                <w:rFonts w:asciiTheme="majorHAnsi" w:hAnsiTheme="majorHAnsi" w:cstheme="majorHAnsi"/>
              </w:rPr>
            </w:pPr>
          </w:p>
        </w:tc>
        <w:tc>
          <w:tcPr>
            <w:tcW w:w="180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98AC1CB" w14:textId="77777777" w:rsidR="00313787" w:rsidRPr="00B57F18" w:rsidRDefault="00313787">
            <w:pPr>
              <w:spacing w:after="0" w:line="240" w:lineRule="auto"/>
              <w:rPr>
                <w:rFonts w:asciiTheme="majorHAnsi" w:hAnsiTheme="majorHAnsi" w:cstheme="majorHAnsi"/>
              </w:rPr>
            </w:pPr>
          </w:p>
        </w:tc>
        <w:tc>
          <w:tcPr>
            <w:tcW w:w="110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B394FA1" w14:textId="77777777" w:rsidR="00313787" w:rsidRPr="00B57F18" w:rsidRDefault="00313787">
            <w:pPr>
              <w:spacing w:after="0" w:line="240" w:lineRule="auto"/>
              <w:rPr>
                <w:rFonts w:asciiTheme="majorHAnsi" w:hAnsiTheme="majorHAnsi" w:cstheme="majorHAnsi"/>
              </w:rPr>
            </w:pPr>
          </w:p>
        </w:tc>
        <w:tc>
          <w:tcPr>
            <w:tcW w:w="930"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0B0A6E1" w14:textId="77777777" w:rsidR="00313787" w:rsidRPr="00B57F18" w:rsidRDefault="00313787">
            <w:pPr>
              <w:spacing w:after="0" w:line="240" w:lineRule="auto"/>
              <w:rPr>
                <w:rFonts w:asciiTheme="majorHAnsi" w:hAnsiTheme="majorHAnsi" w:cstheme="majorHAnsi"/>
              </w:rPr>
            </w:pPr>
          </w:p>
        </w:tc>
      </w:tr>
    </w:tbl>
    <w:p w14:paraId="2A88153B" w14:textId="77777777" w:rsidR="00313787" w:rsidRPr="00B57F18" w:rsidRDefault="00313787">
      <w:pPr>
        <w:spacing w:after="40"/>
        <w:rPr>
          <w:rFonts w:asciiTheme="majorHAnsi" w:hAnsiTheme="majorHAnsi" w:cstheme="majorHAnsi"/>
        </w:rPr>
      </w:pPr>
    </w:p>
    <w:p w14:paraId="41A34CCE" w14:textId="77777777" w:rsidR="00313787" w:rsidRPr="00B57F18" w:rsidRDefault="00000000">
      <w:pPr>
        <w:keepNext/>
        <w:pageBreakBefore/>
        <w:pBdr>
          <w:bottom w:val="single" w:sz="12" w:space="2" w:color="F58220"/>
        </w:pBdr>
        <w:spacing w:before="160" w:after="120"/>
        <w:rPr>
          <w:rFonts w:asciiTheme="majorHAnsi" w:hAnsiTheme="majorHAnsi" w:cstheme="majorHAnsi"/>
        </w:rPr>
      </w:pPr>
      <w:r w:rsidRPr="00B57F18">
        <w:rPr>
          <w:rFonts w:asciiTheme="majorHAnsi" w:eastAsia="Arial" w:hAnsiTheme="majorHAnsi" w:cstheme="majorHAnsi"/>
          <w:b/>
          <w:color w:val="55585A"/>
          <w:sz w:val="28"/>
        </w:rPr>
        <w:lastRenderedPageBreak/>
        <w:t>6. Stan przygotowania i plan realizacji</w:t>
      </w:r>
    </w:p>
    <w:p w14:paraId="30C6428B" w14:textId="77777777" w:rsidR="00313787" w:rsidRPr="00B57F18" w:rsidRDefault="00000000">
      <w:pPr>
        <w:spacing w:before="80" w:after="40"/>
        <w:rPr>
          <w:rFonts w:asciiTheme="majorHAnsi" w:hAnsiTheme="majorHAnsi" w:cstheme="majorHAnsi"/>
        </w:rPr>
      </w:pPr>
      <w:r w:rsidRPr="00B57F18">
        <w:rPr>
          <w:rFonts w:asciiTheme="majorHAnsi" w:eastAsia="Arial" w:hAnsiTheme="majorHAnsi" w:cstheme="majorHAnsi"/>
          <w:b/>
          <w:color w:val="333333"/>
        </w:rPr>
        <w:t>6.1. Co zostało już wykonane?</w:t>
      </w:r>
    </w:p>
    <w:p w14:paraId="40F3A1D1"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Np. prace nad produktem, testy, zakup wyposażenia, pozyskanie partnerów, klientów, lokalu, pozwoleń lub finansowania.</w:t>
      </w:r>
    </w:p>
    <w:tbl>
      <w:tblPr>
        <w:tblW w:w="0" w:type="auto"/>
        <w:jc w:val="center"/>
        <w:tblLayout w:type="fixed"/>
        <w:tblLook w:val="04A0" w:firstRow="1" w:lastRow="0" w:firstColumn="1" w:lastColumn="0" w:noHBand="0" w:noVBand="1"/>
      </w:tblPr>
      <w:tblGrid>
        <w:gridCol w:w="9978"/>
      </w:tblGrid>
      <w:tr w:rsidR="00313787" w:rsidRPr="00B57F18" w14:paraId="04A739EA"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5D93A82A"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r w:rsidRPr="00B57F18">
              <w:rPr>
                <w:rFonts w:asciiTheme="majorHAnsi" w:eastAsia="Arial" w:hAnsiTheme="majorHAnsi" w:cstheme="majorHAnsi"/>
                <w:color w:val="333333"/>
                <w:sz w:val="20"/>
                <w:lang w:val="pl-PL"/>
              </w:rPr>
              <w:br/>
            </w:r>
          </w:p>
        </w:tc>
      </w:tr>
    </w:tbl>
    <w:p w14:paraId="1E6573A4" w14:textId="77777777" w:rsidR="00313787" w:rsidRPr="00B57F18" w:rsidRDefault="00313787">
      <w:pPr>
        <w:spacing w:after="20"/>
        <w:rPr>
          <w:rFonts w:asciiTheme="majorHAnsi" w:hAnsiTheme="majorHAnsi" w:cstheme="majorHAnsi"/>
          <w:lang w:val="pl-PL"/>
        </w:rPr>
      </w:pPr>
    </w:p>
    <w:p w14:paraId="351225CF"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6.2. Jakie najważniejsze działania trzeba jeszcze wykonać przed osiągnięciem pełnej sprzedaży?</w:t>
      </w:r>
    </w:p>
    <w:tbl>
      <w:tblPr>
        <w:tblW w:w="0" w:type="auto"/>
        <w:jc w:val="center"/>
        <w:tblLayout w:type="fixed"/>
        <w:tblLook w:val="04A0" w:firstRow="1" w:lastRow="0" w:firstColumn="1" w:lastColumn="0" w:noHBand="0" w:noVBand="1"/>
      </w:tblPr>
      <w:tblGrid>
        <w:gridCol w:w="9978"/>
      </w:tblGrid>
      <w:tr w:rsidR="00313787" w:rsidRPr="00B57F18" w14:paraId="25050B35"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144137C4"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r w:rsidRPr="00B57F18">
              <w:rPr>
                <w:rFonts w:asciiTheme="majorHAnsi" w:eastAsia="Arial" w:hAnsiTheme="majorHAnsi" w:cstheme="majorHAnsi"/>
                <w:color w:val="333333"/>
                <w:sz w:val="20"/>
                <w:lang w:val="pl-PL"/>
              </w:rPr>
              <w:br/>
            </w:r>
          </w:p>
        </w:tc>
      </w:tr>
    </w:tbl>
    <w:p w14:paraId="4D8BC226" w14:textId="77777777" w:rsidR="00313787" w:rsidRPr="00B57F18" w:rsidRDefault="00313787">
      <w:pPr>
        <w:spacing w:after="20"/>
        <w:rPr>
          <w:rFonts w:asciiTheme="majorHAnsi" w:hAnsiTheme="majorHAnsi" w:cstheme="majorHAnsi"/>
          <w:lang w:val="pl-PL"/>
        </w:rPr>
      </w:pPr>
    </w:p>
    <w:p w14:paraId="05A41A1A" w14:textId="77777777" w:rsidR="00313787" w:rsidRPr="00B57F18" w:rsidRDefault="00000000">
      <w:pPr>
        <w:keepNext/>
        <w:spacing w:before="140" w:after="80"/>
        <w:rPr>
          <w:rFonts w:asciiTheme="majorHAnsi" w:hAnsiTheme="majorHAnsi" w:cstheme="majorHAnsi"/>
        </w:rPr>
      </w:pPr>
      <w:r w:rsidRPr="00B57F18">
        <w:rPr>
          <w:rFonts w:asciiTheme="majorHAnsi" w:eastAsia="Arial" w:hAnsiTheme="majorHAnsi" w:cstheme="majorHAnsi"/>
          <w:b/>
          <w:color w:val="55585A"/>
          <w:sz w:val="23"/>
        </w:rPr>
        <w:t>6.3. Najważniejsze etapy realizacji</w:t>
      </w:r>
    </w:p>
    <w:tbl>
      <w:tblPr>
        <w:tblW w:w="5000" w:type="pct"/>
        <w:jc w:val="center"/>
        <w:tblLook w:val="04A0" w:firstRow="1" w:lastRow="0" w:firstColumn="1" w:lastColumn="0" w:noHBand="0" w:noVBand="1"/>
      </w:tblPr>
      <w:tblGrid>
        <w:gridCol w:w="3594"/>
        <w:gridCol w:w="1855"/>
        <w:gridCol w:w="2782"/>
        <w:gridCol w:w="1739"/>
      </w:tblGrid>
      <w:tr w:rsidR="00313787" w:rsidRPr="00B57F18" w14:paraId="7A8DB437" w14:textId="77777777" w:rsidTr="00B57F18">
        <w:trPr>
          <w:tblHeader/>
          <w:jc w:val="center"/>
        </w:trPr>
        <w:tc>
          <w:tcPr>
            <w:tcW w:w="180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038A1950"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Etap / działanie</w:t>
            </w:r>
          </w:p>
        </w:tc>
        <w:tc>
          <w:tcPr>
            <w:tcW w:w="930"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63F9B893"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Planowany termin</w:t>
            </w:r>
          </w:p>
        </w:tc>
        <w:tc>
          <w:tcPr>
            <w:tcW w:w="1395"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7E2AC72D"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Oczekiwany rezultat</w:t>
            </w:r>
          </w:p>
        </w:tc>
        <w:tc>
          <w:tcPr>
            <w:tcW w:w="87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4A27F924"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Orientacyjny koszt</w:t>
            </w:r>
          </w:p>
        </w:tc>
      </w:tr>
      <w:tr w:rsidR="00313787" w:rsidRPr="00B57F18" w14:paraId="7F97C597" w14:textId="77777777" w:rsidTr="00B57F18">
        <w:trPr>
          <w:jc w:val="center"/>
        </w:trPr>
        <w:tc>
          <w:tcPr>
            <w:tcW w:w="180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9478F87" w14:textId="77777777" w:rsidR="00313787" w:rsidRPr="00B57F18" w:rsidRDefault="00313787">
            <w:pPr>
              <w:spacing w:after="0" w:line="240" w:lineRule="auto"/>
              <w:rPr>
                <w:rFonts w:asciiTheme="majorHAnsi" w:hAnsiTheme="majorHAnsi" w:cstheme="majorHAnsi"/>
              </w:rPr>
            </w:pPr>
          </w:p>
        </w:tc>
        <w:tc>
          <w:tcPr>
            <w:tcW w:w="930"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959F719" w14:textId="77777777" w:rsidR="00313787" w:rsidRPr="00B57F18" w:rsidRDefault="00313787">
            <w:pPr>
              <w:spacing w:after="0" w:line="240" w:lineRule="auto"/>
              <w:rPr>
                <w:rFonts w:asciiTheme="majorHAnsi" w:hAnsiTheme="majorHAnsi" w:cstheme="majorHAnsi"/>
              </w:rPr>
            </w:pPr>
          </w:p>
        </w:tc>
        <w:tc>
          <w:tcPr>
            <w:tcW w:w="139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B6957BE" w14:textId="77777777" w:rsidR="00313787" w:rsidRPr="00B57F18" w:rsidRDefault="00313787">
            <w:pPr>
              <w:spacing w:after="0" w:line="240" w:lineRule="auto"/>
              <w:rPr>
                <w:rFonts w:asciiTheme="majorHAnsi" w:hAnsiTheme="majorHAnsi" w:cstheme="majorHAnsi"/>
              </w:rPr>
            </w:pPr>
          </w:p>
        </w:tc>
        <w:tc>
          <w:tcPr>
            <w:tcW w:w="87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357EFD0" w14:textId="77777777" w:rsidR="00313787" w:rsidRPr="00B57F18" w:rsidRDefault="00313787">
            <w:pPr>
              <w:spacing w:after="0" w:line="240" w:lineRule="auto"/>
              <w:rPr>
                <w:rFonts w:asciiTheme="majorHAnsi" w:hAnsiTheme="majorHAnsi" w:cstheme="majorHAnsi"/>
              </w:rPr>
            </w:pPr>
          </w:p>
        </w:tc>
      </w:tr>
      <w:tr w:rsidR="00313787" w:rsidRPr="00B57F18" w14:paraId="322EF0CF" w14:textId="77777777" w:rsidTr="00B57F18">
        <w:trPr>
          <w:jc w:val="center"/>
        </w:trPr>
        <w:tc>
          <w:tcPr>
            <w:tcW w:w="180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C84398C" w14:textId="77777777" w:rsidR="00313787" w:rsidRPr="00B57F18" w:rsidRDefault="00313787">
            <w:pPr>
              <w:spacing w:after="0" w:line="240" w:lineRule="auto"/>
              <w:rPr>
                <w:rFonts w:asciiTheme="majorHAnsi" w:hAnsiTheme="majorHAnsi" w:cstheme="majorHAnsi"/>
              </w:rPr>
            </w:pPr>
          </w:p>
        </w:tc>
        <w:tc>
          <w:tcPr>
            <w:tcW w:w="930"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7A0AE43" w14:textId="77777777" w:rsidR="00313787" w:rsidRPr="00B57F18" w:rsidRDefault="00313787">
            <w:pPr>
              <w:spacing w:after="0" w:line="240" w:lineRule="auto"/>
              <w:rPr>
                <w:rFonts w:asciiTheme="majorHAnsi" w:hAnsiTheme="majorHAnsi" w:cstheme="majorHAnsi"/>
              </w:rPr>
            </w:pPr>
          </w:p>
        </w:tc>
        <w:tc>
          <w:tcPr>
            <w:tcW w:w="139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A4A2AA9" w14:textId="77777777" w:rsidR="00313787" w:rsidRPr="00B57F18" w:rsidRDefault="00313787">
            <w:pPr>
              <w:spacing w:after="0" w:line="240" w:lineRule="auto"/>
              <w:rPr>
                <w:rFonts w:asciiTheme="majorHAnsi" w:hAnsiTheme="majorHAnsi" w:cstheme="majorHAnsi"/>
              </w:rPr>
            </w:pPr>
          </w:p>
        </w:tc>
        <w:tc>
          <w:tcPr>
            <w:tcW w:w="87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A538C02" w14:textId="77777777" w:rsidR="00313787" w:rsidRPr="00B57F18" w:rsidRDefault="00313787">
            <w:pPr>
              <w:spacing w:after="0" w:line="240" w:lineRule="auto"/>
              <w:rPr>
                <w:rFonts w:asciiTheme="majorHAnsi" w:hAnsiTheme="majorHAnsi" w:cstheme="majorHAnsi"/>
              </w:rPr>
            </w:pPr>
          </w:p>
        </w:tc>
      </w:tr>
      <w:tr w:rsidR="00313787" w:rsidRPr="00B57F18" w14:paraId="61A5E06A" w14:textId="77777777" w:rsidTr="00B57F18">
        <w:trPr>
          <w:jc w:val="center"/>
        </w:trPr>
        <w:tc>
          <w:tcPr>
            <w:tcW w:w="180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DD904FF" w14:textId="77777777" w:rsidR="00313787" w:rsidRPr="00B57F18" w:rsidRDefault="00313787">
            <w:pPr>
              <w:spacing w:after="0" w:line="240" w:lineRule="auto"/>
              <w:rPr>
                <w:rFonts w:asciiTheme="majorHAnsi" w:hAnsiTheme="majorHAnsi" w:cstheme="majorHAnsi"/>
              </w:rPr>
            </w:pPr>
          </w:p>
        </w:tc>
        <w:tc>
          <w:tcPr>
            <w:tcW w:w="930"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9A195A3" w14:textId="77777777" w:rsidR="00313787" w:rsidRPr="00B57F18" w:rsidRDefault="00313787">
            <w:pPr>
              <w:spacing w:after="0" w:line="240" w:lineRule="auto"/>
              <w:rPr>
                <w:rFonts w:asciiTheme="majorHAnsi" w:hAnsiTheme="majorHAnsi" w:cstheme="majorHAnsi"/>
              </w:rPr>
            </w:pPr>
          </w:p>
        </w:tc>
        <w:tc>
          <w:tcPr>
            <w:tcW w:w="139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6F65060" w14:textId="77777777" w:rsidR="00313787" w:rsidRPr="00B57F18" w:rsidRDefault="00313787">
            <w:pPr>
              <w:spacing w:after="0" w:line="240" w:lineRule="auto"/>
              <w:rPr>
                <w:rFonts w:asciiTheme="majorHAnsi" w:hAnsiTheme="majorHAnsi" w:cstheme="majorHAnsi"/>
              </w:rPr>
            </w:pPr>
          </w:p>
        </w:tc>
        <w:tc>
          <w:tcPr>
            <w:tcW w:w="87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2765BA1" w14:textId="77777777" w:rsidR="00313787" w:rsidRPr="00B57F18" w:rsidRDefault="00313787">
            <w:pPr>
              <w:spacing w:after="0" w:line="240" w:lineRule="auto"/>
              <w:rPr>
                <w:rFonts w:asciiTheme="majorHAnsi" w:hAnsiTheme="majorHAnsi" w:cstheme="majorHAnsi"/>
              </w:rPr>
            </w:pPr>
          </w:p>
        </w:tc>
      </w:tr>
      <w:tr w:rsidR="00313787" w:rsidRPr="00B57F18" w14:paraId="73EF5498" w14:textId="77777777" w:rsidTr="00B57F18">
        <w:trPr>
          <w:jc w:val="center"/>
        </w:trPr>
        <w:tc>
          <w:tcPr>
            <w:tcW w:w="180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39F33CD" w14:textId="77777777" w:rsidR="00313787" w:rsidRPr="00B57F18" w:rsidRDefault="00313787">
            <w:pPr>
              <w:spacing w:after="0" w:line="240" w:lineRule="auto"/>
              <w:rPr>
                <w:rFonts w:asciiTheme="majorHAnsi" w:hAnsiTheme="majorHAnsi" w:cstheme="majorHAnsi"/>
              </w:rPr>
            </w:pPr>
          </w:p>
        </w:tc>
        <w:tc>
          <w:tcPr>
            <w:tcW w:w="930"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D930B85" w14:textId="77777777" w:rsidR="00313787" w:rsidRPr="00B57F18" w:rsidRDefault="00313787">
            <w:pPr>
              <w:spacing w:after="0" w:line="240" w:lineRule="auto"/>
              <w:rPr>
                <w:rFonts w:asciiTheme="majorHAnsi" w:hAnsiTheme="majorHAnsi" w:cstheme="majorHAnsi"/>
              </w:rPr>
            </w:pPr>
          </w:p>
        </w:tc>
        <w:tc>
          <w:tcPr>
            <w:tcW w:w="139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D2DFB89" w14:textId="77777777" w:rsidR="00313787" w:rsidRPr="00B57F18" w:rsidRDefault="00313787">
            <w:pPr>
              <w:spacing w:after="0" w:line="240" w:lineRule="auto"/>
              <w:rPr>
                <w:rFonts w:asciiTheme="majorHAnsi" w:hAnsiTheme="majorHAnsi" w:cstheme="majorHAnsi"/>
              </w:rPr>
            </w:pPr>
          </w:p>
        </w:tc>
        <w:tc>
          <w:tcPr>
            <w:tcW w:w="87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81760F4" w14:textId="77777777" w:rsidR="00313787" w:rsidRPr="00B57F18" w:rsidRDefault="00313787">
            <w:pPr>
              <w:spacing w:after="0" w:line="240" w:lineRule="auto"/>
              <w:rPr>
                <w:rFonts w:asciiTheme="majorHAnsi" w:hAnsiTheme="majorHAnsi" w:cstheme="majorHAnsi"/>
              </w:rPr>
            </w:pPr>
          </w:p>
        </w:tc>
      </w:tr>
      <w:tr w:rsidR="00313787" w:rsidRPr="00B57F18" w14:paraId="7869D585" w14:textId="77777777" w:rsidTr="00B57F18">
        <w:trPr>
          <w:jc w:val="center"/>
        </w:trPr>
        <w:tc>
          <w:tcPr>
            <w:tcW w:w="180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F8D30E6" w14:textId="77777777" w:rsidR="00313787" w:rsidRPr="00B57F18" w:rsidRDefault="00313787">
            <w:pPr>
              <w:spacing w:after="0" w:line="240" w:lineRule="auto"/>
              <w:rPr>
                <w:rFonts w:asciiTheme="majorHAnsi" w:hAnsiTheme="majorHAnsi" w:cstheme="majorHAnsi"/>
              </w:rPr>
            </w:pPr>
          </w:p>
        </w:tc>
        <w:tc>
          <w:tcPr>
            <w:tcW w:w="930"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699ADC4" w14:textId="77777777" w:rsidR="00313787" w:rsidRPr="00B57F18" w:rsidRDefault="00313787">
            <w:pPr>
              <w:spacing w:after="0" w:line="240" w:lineRule="auto"/>
              <w:rPr>
                <w:rFonts w:asciiTheme="majorHAnsi" w:hAnsiTheme="majorHAnsi" w:cstheme="majorHAnsi"/>
              </w:rPr>
            </w:pPr>
          </w:p>
        </w:tc>
        <w:tc>
          <w:tcPr>
            <w:tcW w:w="139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0ABF33E" w14:textId="77777777" w:rsidR="00313787" w:rsidRPr="00B57F18" w:rsidRDefault="00313787">
            <w:pPr>
              <w:spacing w:after="0" w:line="240" w:lineRule="auto"/>
              <w:rPr>
                <w:rFonts w:asciiTheme="majorHAnsi" w:hAnsiTheme="majorHAnsi" w:cstheme="majorHAnsi"/>
              </w:rPr>
            </w:pPr>
          </w:p>
        </w:tc>
        <w:tc>
          <w:tcPr>
            <w:tcW w:w="87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F9F96D3" w14:textId="77777777" w:rsidR="00313787" w:rsidRPr="00B57F18" w:rsidRDefault="00313787">
            <w:pPr>
              <w:spacing w:after="0" w:line="240" w:lineRule="auto"/>
              <w:rPr>
                <w:rFonts w:asciiTheme="majorHAnsi" w:hAnsiTheme="majorHAnsi" w:cstheme="majorHAnsi"/>
              </w:rPr>
            </w:pPr>
          </w:p>
        </w:tc>
      </w:tr>
      <w:tr w:rsidR="00313787" w:rsidRPr="00B57F18" w14:paraId="46F910F7" w14:textId="77777777" w:rsidTr="00B57F18">
        <w:trPr>
          <w:jc w:val="center"/>
        </w:trPr>
        <w:tc>
          <w:tcPr>
            <w:tcW w:w="180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F314A5A" w14:textId="77777777" w:rsidR="00313787" w:rsidRPr="00B57F18" w:rsidRDefault="00313787">
            <w:pPr>
              <w:spacing w:after="0" w:line="240" w:lineRule="auto"/>
              <w:rPr>
                <w:rFonts w:asciiTheme="majorHAnsi" w:hAnsiTheme="majorHAnsi" w:cstheme="majorHAnsi"/>
              </w:rPr>
            </w:pPr>
          </w:p>
        </w:tc>
        <w:tc>
          <w:tcPr>
            <w:tcW w:w="930"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0FE1C0F" w14:textId="77777777" w:rsidR="00313787" w:rsidRPr="00B57F18" w:rsidRDefault="00313787">
            <w:pPr>
              <w:spacing w:after="0" w:line="240" w:lineRule="auto"/>
              <w:rPr>
                <w:rFonts w:asciiTheme="majorHAnsi" w:hAnsiTheme="majorHAnsi" w:cstheme="majorHAnsi"/>
              </w:rPr>
            </w:pPr>
          </w:p>
        </w:tc>
        <w:tc>
          <w:tcPr>
            <w:tcW w:w="139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F876295" w14:textId="77777777" w:rsidR="00313787" w:rsidRPr="00B57F18" w:rsidRDefault="00313787">
            <w:pPr>
              <w:spacing w:after="0" w:line="240" w:lineRule="auto"/>
              <w:rPr>
                <w:rFonts w:asciiTheme="majorHAnsi" w:hAnsiTheme="majorHAnsi" w:cstheme="majorHAnsi"/>
              </w:rPr>
            </w:pPr>
          </w:p>
        </w:tc>
        <w:tc>
          <w:tcPr>
            <w:tcW w:w="87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7DDE723" w14:textId="77777777" w:rsidR="00313787" w:rsidRPr="00B57F18" w:rsidRDefault="00313787">
            <w:pPr>
              <w:spacing w:after="0" w:line="240" w:lineRule="auto"/>
              <w:rPr>
                <w:rFonts w:asciiTheme="majorHAnsi" w:hAnsiTheme="majorHAnsi" w:cstheme="majorHAnsi"/>
              </w:rPr>
            </w:pPr>
          </w:p>
        </w:tc>
      </w:tr>
    </w:tbl>
    <w:p w14:paraId="5C0CB91B" w14:textId="77777777" w:rsidR="00313787" w:rsidRPr="00B57F18" w:rsidRDefault="00313787">
      <w:pPr>
        <w:spacing w:after="40"/>
        <w:rPr>
          <w:rFonts w:asciiTheme="majorHAnsi" w:hAnsiTheme="majorHAnsi" w:cstheme="majorHAnsi"/>
        </w:rPr>
      </w:pPr>
    </w:p>
    <w:p w14:paraId="6F2637CB"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6.4. Jakie są najważniejsze zależności lub warunki powodzenia?</w:t>
      </w:r>
    </w:p>
    <w:p w14:paraId="283751AC"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Np. pozwolenie, dostawa maszyny, zatrudnienie konkretnej osoby, umowa z partnerem, uzyskanie finansowania.</w:t>
      </w:r>
    </w:p>
    <w:tbl>
      <w:tblPr>
        <w:tblW w:w="0" w:type="auto"/>
        <w:jc w:val="center"/>
        <w:tblLayout w:type="fixed"/>
        <w:tblLook w:val="04A0" w:firstRow="1" w:lastRow="0" w:firstColumn="1" w:lastColumn="0" w:noHBand="0" w:noVBand="1"/>
      </w:tblPr>
      <w:tblGrid>
        <w:gridCol w:w="9978"/>
      </w:tblGrid>
      <w:tr w:rsidR="00313787" w:rsidRPr="00B57F18" w14:paraId="08882F98"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6D44EEC0"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p>
        </w:tc>
      </w:tr>
    </w:tbl>
    <w:p w14:paraId="6B9686CC" w14:textId="77777777" w:rsidR="00313787" w:rsidRPr="00B57F18" w:rsidRDefault="00313787">
      <w:pPr>
        <w:spacing w:after="20"/>
        <w:rPr>
          <w:rFonts w:asciiTheme="majorHAnsi" w:hAnsiTheme="majorHAnsi" w:cstheme="majorHAnsi"/>
          <w:lang w:val="pl-PL"/>
        </w:rPr>
      </w:pPr>
    </w:p>
    <w:p w14:paraId="08BE433D" w14:textId="77777777" w:rsidR="00313787" w:rsidRPr="00B57F18" w:rsidRDefault="00000000">
      <w:pPr>
        <w:keepNext/>
        <w:pageBreakBefore/>
        <w:pBdr>
          <w:bottom w:val="single" w:sz="12" w:space="2" w:color="F58220"/>
        </w:pBdr>
        <w:spacing w:before="160" w:after="120"/>
        <w:rPr>
          <w:rFonts w:asciiTheme="majorHAnsi" w:hAnsiTheme="majorHAnsi" w:cstheme="majorHAnsi"/>
        </w:rPr>
      </w:pPr>
      <w:r w:rsidRPr="00B57F18">
        <w:rPr>
          <w:rFonts w:asciiTheme="majorHAnsi" w:eastAsia="Arial" w:hAnsiTheme="majorHAnsi" w:cstheme="majorHAnsi"/>
          <w:b/>
          <w:color w:val="55585A"/>
          <w:sz w:val="28"/>
        </w:rPr>
        <w:lastRenderedPageBreak/>
        <w:t>7. Najważniejsze ryzyka</w:t>
      </w:r>
    </w:p>
    <w:tbl>
      <w:tblPr>
        <w:tblW w:w="0" w:type="auto"/>
        <w:jc w:val="center"/>
        <w:tblLayout w:type="fixed"/>
        <w:tblLook w:val="04A0" w:firstRow="1" w:lastRow="0" w:firstColumn="1" w:lastColumn="0" w:noHBand="0" w:noVBand="1"/>
      </w:tblPr>
      <w:tblGrid>
        <w:gridCol w:w="9978"/>
      </w:tblGrid>
      <w:tr w:rsidR="00313787" w:rsidRPr="00B57F18" w14:paraId="011FFD2B" w14:textId="77777777">
        <w:trPr>
          <w:jc w:val="center"/>
        </w:trPr>
        <w:tc>
          <w:tcPr>
            <w:tcW w:w="9978" w:type="dxa"/>
            <w:tcBorders>
              <w:top w:val="nil"/>
              <w:left w:val="single" w:sz="14" w:space="0" w:color="F58220"/>
              <w:bottom w:val="nil"/>
              <w:right w:val="nil"/>
            </w:tcBorders>
            <w:shd w:val="clear" w:color="auto" w:fill="FFF4E9"/>
            <w:tcMar>
              <w:top w:w="120" w:type="dxa"/>
              <w:left w:w="140" w:type="dxa"/>
              <w:bottom w:w="120" w:type="dxa"/>
              <w:right w:w="140" w:type="dxa"/>
            </w:tcMar>
          </w:tcPr>
          <w:p w14:paraId="062629D8" w14:textId="77777777" w:rsidR="00313787" w:rsidRPr="00B57F18" w:rsidRDefault="00000000">
            <w:pPr>
              <w:spacing w:after="0" w:line="252" w:lineRule="auto"/>
              <w:rPr>
                <w:rFonts w:asciiTheme="majorHAnsi" w:hAnsiTheme="majorHAnsi" w:cstheme="majorHAnsi"/>
                <w:lang w:val="pl-PL"/>
              </w:rPr>
            </w:pPr>
            <w:r w:rsidRPr="00B57F18">
              <w:rPr>
                <w:rFonts w:asciiTheme="majorHAnsi" w:eastAsia="Arial" w:hAnsiTheme="majorHAnsi" w:cstheme="majorHAnsi"/>
                <w:color w:val="333333"/>
                <w:sz w:val="18"/>
                <w:lang w:val="pl-PL"/>
              </w:rPr>
              <w:t>Nie trzeba tworzyć rozbudowanej analizy ryzyka. Proszę wskazać przede wszystkim zdarzenia, które realnie mogą utrudnić realizację planu, oraz sposób reakcji.</w:t>
            </w:r>
          </w:p>
        </w:tc>
      </w:tr>
    </w:tbl>
    <w:p w14:paraId="434008DA" w14:textId="77777777" w:rsidR="00313787" w:rsidRPr="00B57F18" w:rsidRDefault="00313787">
      <w:pPr>
        <w:spacing w:after="40"/>
        <w:rPr>
          <w:rFonts w:asciiTheme="majorHAnsi" w:hAnsiTheme="majorHAnsi" w:cstheme="majorHAnsi"/>
          <w:lang w:val="pl-PL"/>
        </w:rPr>
      </w:pPr>
    </w:p>
    <w:tbl>
      <w:tblPr>
        <w:tblW w:w="5000" w:type="pct"/>
        <w:jc w:val="center"/>
        <w:tblLook w:val="04A0" w:firstRow="1" w:lastRow="0" w:firstColumn="1" w:lastColumn="0" w:noHBand="0" w:noVBand="1"/>
      </w:tblPr>
      <w:tblGrid>
        <w:gridCol w:w="3477"/>
        <w:gridCol w:w="3073"/>
        <w:gridCol w:w="3420"/>
      </w:tblGrid>
      <w:tr w:rsidR="00313787" w:rsidRPr="00B57F18" w14:paraId="0D06458E" w14:textId="77777777" w:rsidTr="00B57F18">
        <w:trPr>
          <w:tblHeader/>
          <w:jc w:val="center"/>
        </w:trPr>
        <w:tc>
          <w:tcPr>
            <w:tcW w:w="1744"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0AA06FD0" w14:textId="77777777" w:rsidR="00313787" w:rsidRPr="00B57F18" w:rsidRDefault="00000000">
            <w:pPr>
              <w:spacing w:after="0" w:line="240" w:lineRule="auto"/>
              <w:jc w:val="center"/>
              <w:rPr>
                <w:rFonts w:asciiTheme="majorHAnsi" w:hAnsiTheme="majorHAnsi" w:cstheme="majorHAnsi"/>
                <w:lang w:val="pl-PL"/>
              </w:rPr>
            </w:pPr>
            <w:r w:rsidRPr="00B57F18">
              <w:rPr>
                <w:rFonts w:asciiTheme="majorHAnsi" w:eastAsia="Arial" w:hAnsiTheme="majorHAnsi" w:cstheme="majorHAnsi"/>
                <w:b/>
                <w:color w:val="FFFFFF"/>
                <w:sz w:val="16"/>
                <w:lang w:val="pl-PL"/>
              </w:rPr>
              <w:t>Ryzyko / co może pójść niezgodnie z planem?</w:t>
            </w:r>
          </w:p>
        </w:tc>
        <w:tc>
          <w:tcPr>
            <w:tcW w:w="1541"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47EE2A9F"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 xml:space="preserve">Jakie </w:t>
            </w:r>
            <w:proofErr w:type="spellStart"/>
            <w:r w:rsidRPr="00B57F18">
              <w:rPr>
                <w:rFonts w:asciiTheme="majorHAnsi" w:eastAsia="Arial" w:hAnsiTheme="majorHAnsi" w:cstheme="majorHAnsi"/>
                <w:b/>
                <w:color w:val="FFFFFF"/>
                <w:sz w:val="16"/>
              </w:rPr>
              <w:t>mogą</w:t>
            </w:r>
            <w:proofErr w:type="spellEnd"/>
            <w:r w:rsidRPr="00B57F18">
              <w:rPr>
                <w:rFonts w:asciiTheme="majorHAnsi" w:eastAsia="Arial" w:hAnsiTheme="majorHAnsi" w:cstheme="majorHAnsi"/>
                <w:b/>
                <w:color w:val="FFFFFF"/>
                <w:sz w:val="16"/>
              </w:rPr>
              <w:t xml:space="preserve"> </w:t>
            </w:r>
            <w:proofErr w:type="spellStart"/>
            <w:r w:rsidRPr="00B57F18">
              <w:rPr>
                <w:rFonts w:asciiTheme="majorHAnsi" w:eastAsia="Arial" w:hAnsiTheme="majorHAnsi" w:cstheme="majorHAnsi"/>
                <w:b/>
                <w:color w:val="FFFFFF"/>
                <w:sz w:val="16"/>
              </w:rPr>
              <w:t>być</w:t>
            </w:r>
            <w:proofErr w:type="spellEnd"/>
            <w:r w:rsidRPr="00B57F18">
              <w:rPr>
                <w:rFonts w:asciiTheme="majorHAnsi" w:eastAsia="Arial" w:hAnsiTheme="majorHAnsi" w:cstheme="majorHAnsi"/>
                <w:b/>
                <w:color w:val="FFFFFF"/>
                <w:sz w:val="16"/>
              </w:rPr>
              <w:t xml:space="preserve"> </w:t>
            </w:r>
            <w:proofErr w:type="spellStart"/>
            <w:r w:rsidRPr="00B57F18">
              <w:rPr>
                <w:rFonts w:asciiTheme="majorHAnsi" w:eastAsia="Arial" w:hAnsiTheme="majorHAnsi" w:cstheme="majorHAnsi"/>
                <w:b/>
                <w:color w:val="FFFFFF"/>
                <w:sz w:val="16"/>
              </w:rPr>
              <w:t>skutki</w:t>
            </w:r>
            <w:proofErr w:type="spellEnd"/>
            <w:r w:rsidRPr="00B57F18">
              <w:rPr>
                <w:rFonts w:asciiTheme="majorHAnsi" w:eastAsia="Arial" w:hAnsiTheme="majorHAnsi" w:cstheme="majorHAnsi"/>
                <w:b/>
                <w:color w:val="FFFFFF"/>
                <w:sz w:val="16"/>
              </w:rPr>
              <w:t>?</w:t>
            </w:r>
          </w:p>
        </w:tc>
        <w:tc>
          <w:tcPr>
            <w:tcW w:w="1715"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16E5E81C"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Jak można ograniczyć ryzyko?</w:t>
            </w:r>
          </w:p>
        </w:tc>
      </w:tr>
      <w:tr w:rsidR="00313787" w:rsidRPr="00B57F18" w14:paraId="18E9BBEF" w14:textId="77777777" w:rsidTr="00B57F18">
        <w:trPr>
          <w:jc w:val="center"/>
        </w:trPr>
        <w:tc>
          <w:tcPr>
            <w:tcW w:w="174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4A701B9" w14:textId="77777777" w:rsidR="00313787" w:rsidRPr="00B57F18" w:rsidRDefault="00313787">
            <w:pPr>
              <w:spacing w:after="0" w:line="240" w:lineRule="auto"/>
              <w:rPr>
                <w:rFonts w:asciiTheme="majorHAnsi" w:hAnsiTheme="majorHAnsi" w:cstheme="majorHAnsi"/>
              </w:rPr>
            </w:pPr>
          </w:p>
        </w:tc>
        <w:tc>
          <w:tcPr>
            <w:tcW w:w="1541"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5F9E555" w14:textId="77777777" w:rsidR="00313787" w:rsidRPr="00B57F18" w:rsidRDefault="00313787">
            <w:pPr>
              <w:spacing w:after="0" w:line="240" w:lineRule="auto"/>
              <w:rPr>
                <w:rFonts w:asciiTheme="majorHAnsi" w:hAnsiTheme="majorHAnsi" w:cstheme="majorHAnsi"/>
              </w:rPr>
            </w:pPr>
          </w:p>
        </w:tc>
        <w:tc>
          <w:tcPr>
            <w:tcW w:w="171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EDFC086" w14:textId="77777777" w:rsidR="00313787" w:rsidRPr="00B57F18" w:rsidRDefault="00313787">
            <w:pPr>
              <w:spacing w:after="0" w:line="240" w:lineRule="auto"/>
              <w:rPr>
                <w:rFonts w:asciiTheme="majorHAnsi" w:hAnsiTheme="majorHAnsi" w:cstheme="majorHAnsi"/>
              </w:rPr>
            </w:pPr>
          </w:p>
        </w:tc>
      </w:tr>
      <w:tr w:rsidR="00313787" w:rsidRPr="00B57F18" w14:paraId="308283BD" w14:textId="77777777" w:rsidTr="00B57F18">
        <w:trPr>
          <w:jc w:val="center"/>
        </w:trPr>
        <w:tc>
          <w:tcPr>
            <w:tcW w:w="174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9DB7EFD" w14:textId="77777777" w:rsidR="00313787" w:rsidRPr="00B57F18" w:rsidRDefault="00313787">
            <w:pPr>
              <w:spacing w:after="0" w:line="240" w:lineRule="auto"/>
              <w:rPr>
                <w:rFonts w:asciiTheme="majorHAnsi" w:hAnsiTheme="majorHAnsi" w:cstheme="majorHAnsi"/>
              </w:rPr>
            </w:pPr>
          </w:p>
        </w:tc>
        <w:tc>
          <w:tcPr>
            <w:tcW w:w="1541"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4A38E78" w14:textId="77777777" w:rsidR="00313787" w:rsidRPr="00B57F18" w:rsidRDefault="00313787">
            <w:pPr>
              <w:spacing w:after="0" w:line="240" w:lineRule="auto"/>
              <w:rPr>
                <w:rFonts w:asciiTheme="majorHAnsi" w:hAnsiTheme="majorHAnsi" w:cstheme="majorHAnsi"/>
              </w:rPr>
            </w:pPr>
          </w:p>
        </w:tc>
        <w:tc>
          <w:tcPr>
            <w:tcW w:w="171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19D7447" w14:textId="77777777" w:rsidR="00313787" w:rsidRPr="00B57F18" w:rsidRDefault="00313787">
            <w:pPr>
              <w:spacing w:after="0" w:line="240" w:lineRule="auto"/>
              <w:rPr>
                <w:rFonts w:asciiTheme="majorHAnsi" w:hAnsiTheme="majorHAnsi" w:cstheme="majorHAnsi"/>
              </w:rPr>
            </w:pPr>
          </w:p>
        </w:tc>
      </w:tr>
      <w:tr w:rsidR="00313787" w:rsidRPr="00B57F18" w14:paraId="2A92C5BA" w14:textId="77777777" w:rsidTr="00B57F18">
        <w:trPr>
          <w:jc w:val="center"/>
        </w:trPr>
        <w:tc>
          <w:tcPr>
            <w:tcW w:w="174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A04A921" w14:textId="77777777" w:rsidR="00313787" w:rsidRPr="00B57F18" w:rsidRDefault="00313787">
            <w:pPr>
              <w:spacing w:after="0" w:line="240" w:lineRule="auto"/>
              <w:rPr>
                <w:rFonts w:asciiTheme="majorHAnsi" w:hAnsiTheme="majorHAnsi" w:cstheme="majorHAnsi"/>
              </w:rPr>
            </w:pPr>
          </w:p>
        </w:tc>
        <w:tc>
          <w:tcPr>
            <w:tcW w:w="1541"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FD904B2" w14:textId="77777777" w:rsidR="00313787" w:rsidRPr="00B57F18" w:rsidRDefault="00313787">
            <w:pPr>
              <w:spacing w:after="0" w:line="240" w:lineRule="auto"/>
              <w:rPr>
                <w:rFonts w:asciiTheme="majorHAnsi" w:hAnsiTheme="majorHAnsi" w:cstheme="majorHAnsi"/>
              </w:rPr>
            </w:pPr>
          </w:p>
        </w:tc>
        <w:tc>
          <w:tcPr>
            <w:tcW w:w="171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395F2DD" w14:textId="77777777" w:rsidR="00313787" w:rsidRPr="00B57F18" w:rsidRDefault="00313787">
            <w:pPr>
              <w:spacing w:after="0" w:line="240" w:lineRule="auto"/>
              <w:rPr>
                <w:rFonts w:asciiTheme="majorHAnsi" w:hAnsiTheme="majorHAnsi" w:cstheme="majorHAnsi"/>
              </w:rPr>
            </w:pPr>
          </w:p>
        </w:tc>
      </w:tr>
      <w:tr w:rsidR="00313787" w:rsidRPr="00B57F18" w14:paraId="7F1AF1F8" w14:textId="77777777" w:rsidTr="00B57F18">
        <w:trPr>
          <w:jc w:val="center"/>
        </w:trPr>
        <w:tc>
          <w:tcPr>
            <w:tcW w:w="174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BB8484F" w14:textId="77777777" w:rsidR="00313787" w:rsidRPr="00B57F18" w:rsidRDefault="00313787">
            <w:pPr>
              <w:spacing w:after="0" w:line="240" w:lineRule="auto"/>
              <w:rPr>
                <w:rFonts w:asciiTheme="majorHAnsi" w:hAnsiTheme="majorHAnsi" w:cstheme="majorHAnsi"/>
              </w:rPr>
            </w:pPr>
          </w:p>
        </w:tc>
        <w:tc>
          <w:tcPr>
            <w:tcW w:w="1541"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7BAF370" w14:textId="77777777" w:rsidR="00313787" w:rsidRPr="00B57F18" w:rsidRDefault="00313787">
            <w:pPr>
              <w:spacing w:after="0" w:line="240" w:lineRule="auto"/>
              <w:rPr>
                <w:rFonts w:asciiTheme="majorHAnsi" w:hAnsiTheme="majorHAnsi" w:cstheme="majorHAnsi"/>
              </w:rPr>
            </w:pPr>
          </w:p>
        </w:tc>
        <w:tc>
          <w:tcPr>
            <w:tcW w:w="171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A19E960" w14:textId="77777777" w:rsidR="00313787" w:rsidRPr="00B57F18" w:rsidRDefault="00313787">
            <w:pPr>
              <w:spacing w:after="0" w:line="240" w:lineRule="auto"/>
              <w:rPr>
                <w:rFonts w:asciiTheme="majorHAnsi" w:hAnsiTheme="majorHAnsi" w:cstheme="majorHAnsi"/>
              </w:rPr>
            </w:pPr>
          </w:p>
        </w:tc>
      </w:tr>
      <w:tr w:rsidR="00313787" w:rsidRPr="00B57F18" w14:paraId="7D142F36" w14:textId="77777777" w:rsidTr="00B57F18">
        <w:trPr>
          <w:jc w:val="center"/>
        </w:trPr>
        <w:tc>
          <w:tcPr>
            <w:tcW w:w="174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7C1BF17" w14:textId="77777777" w:rsidR="00313787" w:rsidRPr="00B57F18" w:rsidRDefault="00313787">
            <w:pPr>
              <w:spacing w:after="0" w:line="240" w:lineRule="auto"/>
              <w:rPr>
                <w:rFonts w:asciiTheme="majorHAnsi" w:hAnsiTheme="majorHAnsi" w:cstheme="majorHAnsi"/>
              </w:rPr>
            </w:pPr>
          </w:p>
        </w:tc>
        <w:tc>
          <w:tcPr>
            <w:tcW w:w="1541"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ECCA2E7" w14:textId="77777777" w:rsidR="00313787" w:rsidRPr="00B57F18" w:rsidRDefault="00313787">
            <w:pPr>
              <w:spacing w:after="0" w:line="240" w:lineRule="auto"/>
              <w:rPr>
                <w:rFonts w:asciiTheme="majorHAnsi" w:hAnsiTheme="majorHAnsi" w:cstheme="majorHAnsi"/>
              </w:rPr>
            </w:pPr>
          </w:p>
        </w:tc>
        <w:tc>
          <w:tcPr>
            <w:tcW w:w="171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B92780C" w14:textId="77777777" w:rsidR="00313787" w:rsidRPr="00B57F18" w:rsidRDefault="00313787">
            <w:pPr>
              <w:spacing w:after="0" w:line="240" w:lineRule="auto"/>
              <w:rPr>
                <w:rFonts w:asciiTheme="majorHAnsi" w:hAnsiTheme="majorHAnsi" w:cstheme="majorHAnsi"/>
              </w:rPr>
            </w:pPr>
          </w:p>
        </w:tc>
      </w:tr>
      <w:tr w:rsidR="00313787" w:rsidRPr="00B57F18" w14:paraId="39A62D51" w14:textId="77777777" w:rsidTr="00B57F18">
        <w:trPr>
          <w:jc w:val="center"/>
        </w:trPr>
        <w:tc>
          <w:tcPr>
            <w:tcW w:w="174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A641611" w14:textId="77777777" w:rsidR="00313787" w:rsidRPr="00B57F18" w:rsidRDefault="00313787">
            <w:pPr>
              <w:spacing w:after="0" w:line="240" w:lineRule="auto"/>
              <w:rPr>
                <w:rFonts w:asciiTheme="majorHAnsi" w:hAnsiTheme="majorHAnsi" w:cstheme="majorHAnsi"/>
              </w:rPr>
            </w:pPr>
          </w:p>
        </w:tc>
        <w:tc>
          <w:tcPr>
            <w:tcW w:w="1541"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CAF4FEF" w14:textId="77777777" w:rsidR="00313787" w:rsidRPr="00B57F18" w:rsidRDefault="00313787">
            <w:pPr>
              <w:spacing w:after="0" w:line="240" w:lineRule="auto"/>
              <w:rPr>
                <w:rFonts w:asciiTheme="majorHAnsi" w:hAnsiTheme="majorHAnsi" w:cstheme="majorHAnsi"/>
              </w:rPr>
            </w:pPr>
          </w:p>
        </w:tc>
        <w:tc>
          <w:tcPr>
            <w:tcW w:w="171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C9A61C9" w14:textId="77777777" w:rsidR="00313787" w:rsidRPr="00B57F18" w:rsidRDefault="00313787">
            <w:pPr>
              <w:spacing w:after="0" w:line="240" w:lineRule="auto"/>
              <w:rPr>
                <w:rFonts w:asciiTheme="majorHAnsi" w:hAnsiTheme="majorHAnsi" w:cstheme="majorHAnsi"/>
              </w:rPr>
            </w:pPr>
          </w:p>
        </w:tc>
      </w:tr>
    </w:tbl>
    <w:p w14:paraId="37255956" w14:textId="77777777" w:rsidR="00313787" w:rsidRPr="00B57F18" w:rsidRDefault="00313787">
      <w:pPr>
        <w:spacing w:after="40"/>
        <w:rPr>
          <w:rFonts w:asciiTheme="majorHAnsi" w:hAnsiTheme="majorHAnsi" w:cstheme="majorHAnsi"/>
        </w:rPr>
      </w:pPr>
    </w:p>
    <w:p w14:paraId="2EE11B13" w14:textId="77777777" w:rsidR="00313787" w:rsidRPr="00B57F18" w:rsidRDefault="00000000">
      <w:pPr>
        <w:spacing w:before="80" w:after="40"/>
        <w:rPr>
          <w:rFonts w:asciiTheme="majorHAnsi" w:hAnsiTheme="majorHAnsi" w:cstheme="majorHAnsi"/>
        </w:rPr>
      </w:pPr>
      <w:r w:rsidRPr="00B57F18">
        <w:rPr>
          <w:rFonts w:asciiTheme="majorHAnsi" w:eastAsia="Arial" w:hAnsiTheme="majorHAnsi" w:cstheme="majorHAnsi"/>
          <w:b/>
          <w:color w:val="333333"/>
        </w:rPr>
        <w:t>7.1. Najważniejsze mocne strony przedsięwzięcia</w:t>
      </w:r>
    </w:p>
    <w:p w14:paraId="0CD871C9"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Proszę wskazać maksymalnie 3–5 elementów, które zwiększają szansę powodzenia.</w:t>
      </w:r>
    </w:p>
    <w:tbl>
      <w:tblPr>
        <w:tblW w:w="0" w:type="auto"/>
        <w:jc w:val="center"/>
        <w:tblLayout w:type="fixed"/>
        <w:tblLook w:val="04A0" w:firstRow="1" w:lastRow="0" w:firstColumn="1" w:lastColumn="0" w:noHBand="0" w:noVBand="1"/>
      </w:tblPr>
      <w:tblGrid>
        <w:gridCol w:w="9978"/>
      </w:tblGrid>
      <w:tr w:rsidR="00313787" w:rsidRPr="00B57F18" w14:paraId="05C79659"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6691E33D"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p>
        </w:tc>
      </w:tr>
    </w:tbl>
    <w:p w14:paraId="54DF791F" w14:textId="77777777" w:rsidR="00313787" w:rsidRPr="00B57F18" w:rsidRDefault="00313787">
      <w:pPr>
        <w:spacing w:after="20"/>
        <w:rPr>
          <w:rFonts w:asciiTheme="majorHAnsi" w:hAnsiTheme="majorHAnsi" w:cstheme="majorHAnsi"/>
          <w:lang w:val="pl-PL"/>
        </w:rPr>
      </w:pPr>
    </w:p>
    <w:p w14:paraId="1C367B39"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7.2. Najważniejsze słabe strony lub ograniczenia</w:t>
      </w:r>
    </w:p>
    <w:p w14:paraId="7121EED4"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Proszę wskazać maksymalnie 3–5 elementów wymagających szczególnej uwagi.</w:t>
      </w:r>
    </w:p>
    <w:tbl>
      <w:tblPr>
        <w:tblW w:w="0" w:type="auto"/>
        <w:jc w:val="center"/>
        <w:tblLayout w:type="fixed"/>
        <w:tblLook w:val="04A0" w:firstRow="1" w:lastRow="0" w:firstColumn="1" w:lastColumn="0" w:noHBand="0" w:noVBand="1"/>
      </w:tblPr>
      <w:tblGrid>
        <w:gridCol w:w="9978"/>
      </w:tblGrid>
      <w:tr w:rsidR="00313787" w:rsidRPr="00B57F18" w14:paraId="10B19360"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3DD432E7"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p>
        </w:tc>
      </w:tr>
    </w:tbl>
    <w:p w14:paraId="076F79FC" w14:textId="77777777" w:rsidR="00313787" w:rsidRPr="00B57F18" w:rsidRDefault="00313787">
      <w:pPr>
        <w:spacing w:after="20"/>
        <w:rPr>
          <w:rFonts w:asciiTheme="majorHAnsi" w:hAnsiTheme="majorHAnsi" w:cstheme="majorHAnsi"/>
          <w:lang w:val="pl-PL"/>
        </w:rPr>
      </w:pPr>
    </w:p>
    <w:p w14:paraId="5AA75D2F" w14:textId="77777777" w:rsidR="00313787" w:rsidRPr="00B57F18" w:rsidRDefault="00000000">
      <w:pPr>
        <w:keepNext/>
        <w:pageBreakBefore/>
        <w:pBdr>
          <w:bottom w:val="single" w:sz="12" w:space="2" w:color="F58220"/>
        </w:pBdr>
        <w:spacing w:before="160" w:after="120"/>
        <w:rPr>
          <w:rFonts w:asciiTheme="majorHAnsi" w:hAnsiTheme="majorHAnsi" w:cstheme="majorHAnsi"/>
          <w:lang w:val="pl-PL"/>
        </w:rPr>
      </w:pPr>
      <w:r w:rsidRPr="00B57F18">
        <w:rPr>
          <w:rFonts w:asciiTheme="majorHAnsi" w:eastAsia="Arial" w:hAnsiTheme="majorHAnsi" w:cstheme="majorHAnsi"/>
          <w:b/>
          <w:color w:val="55585A"/>
          <w:sz w:val="28"/>
          <w:lang w:val="pl-PL"/>
        </w:rPr>
        <w:lastRenderedPageBreak/>
        <w:t>8. Potrzeby finansowe i wejście kapitałowe MARR S.A.</w:t>
      </w:r>
    </w:p>
    <w:p w14:paraId="61AECD75"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8.1. Ile łącznie kosztuje realizacja planu i jakiej kwoty finansowania brakuje?</w:t>
      </w:r>
    </w:p>
    <w:p w14:paraId="0A0CE53D" w14:textId="77777777" w:rsidR="00313787" w:rsidRPr="00B57F18" w:rsidRDefault="00000000">
      <w:pPr>
        <w:spacing w:after="60" w:line="245" w:lineRule="auto"/>
        <w:rPr>
          <w:rFonts w:asciiTheme="majorHAnsi" w:hAnsiTheme="majorHAnsi" w:cstheme="majorHAnsi"/>
        </w:rPr>
      </w:pPr>
      <w:r w:rsidRPr="00B57F18">
        <w:rPr>
          <w:rFonts w:asciiTheme="majorHAnsi" w:eastAsia="Arial" w:hAnsiTheme="majorHAnsi" w:cstheme="majorHAnsi"/>
          <w:i/>
          <w:color w:val="666666"/>
          <w:sz w:val="18"/>
          <w:lang w:val="pl-PL"/>
        </w:rPr>
        <w:t xml:space="preserve">Proszę wskazać całkowite potrzeby, środki własne i inne źródła finansowania. </w:t>
      </w:r>
      <w:r w:rsidRPr="00B57F18">
        <w:rPr>
          <w:rFonts w:asciiTheme="majorHAnsi" w:eastAsia="Arial" w:hAnsiTheme="majorHAnsi" w:cstheme="majorHAnsi"/>
          <w:i/>
          <w:color w:val="666666"/>
          <w:sz w:val="18"/>
        </w:rPr>
        <w:t xml:space="preserve">Nie </w:t>
      </w:r>
      <w:proofErr w:type="spellStart"/>
      <w:r w:rsidRPr="00B57F18">
        <w:rPr>
          <w:rFonts w:asciiTheme="majorHAnsi" w:eastAsia="Arial" w:hAnsiTheme="majorHAnsi" w:cstheme="majorHAnsi"/>
          <w:i/>
          <w:color w:val="666666"/>
          <w:sz w:val="18"/>
        </w:rPr>
        <w:t>trzeba</w:t>
      </w:r>
      <w:proofErr w:type="spellEnd"/>
      <w:r w:rsidRPr="00B57F18">
        <w:rPr>
          <w:rFonts w:asciiTheme="majorHAnsi" w:eastAsia="Arial" w:hAnsiTheme="majorHAnsi" w:cstheme="majorHAnsi"/>
          <w:i/>
          <w:color w:val="666666"/>
          <w:sz w:val="18"/>
        </w:rPr>
        <w:t xml:space="preserve"> </w:t>
      </w:r>
      <w:proofErr w:type="spellStart"/>
      <w:r w:rsidRPr="00B57F18">
        <w:rPr>
          <w:rFonts w:asciiTheme="majorHAnsi" w:eastAsia="Arial" w:hAnsiTheme="majorHAnsi" w:cstheme="majorHAnsi"/>
          <w:i/>
          <w:color w:val="666666"/>
          <w:sz w:val="18"/>
        </w:rPr>
        <w:t>używać</w:t>
      </w:r>
      <w:proofErr w:type="spellEnd"/>
      <w:r w:rsidRPr="00B57F18">
        <w:rPr>
          <w:rFonts w:asciiTheme="majorHAnsi" w:eastAsia="Arial" w:hAnsiTheme="majorHAnsi" w:cstheme="majorHAnsi"/>
          <w:i/>
          <w:color w:val="666666"/>
          <w:sz w:val="18"/>
        </w:rPr>
        <w:t xml:space="preserve"> </w:t>
      </w:r>
      <w:proofErr w:type="spellStart"/>
      <w:r w:rsidRPr="00B57F18">
        <w:rPr>
          <w:rFonts w:asciiTheme="majorHAnsi" w:eastAsia="Arial" w:hAnsiTheme="majorHAnsi" w:cstheme="majorHAnsi"/>
          <w:i/>
          <w:color w:val="666666"/>
          <w:sz w:val="18"/>
        </w:rPr>
        <w:t>pojęcia</w:t>
      </w:r>
      <w:proofErr w:type="spellEnd"/>
      <w:r w:rsidRPr="00B57F18">
        <w:rPr>
          <w:rFonts w:asciiTheme="majorHAnsi" w:eastAsia="Arial" w:hAnsiTheme="majorHAnsi" w:cstheme="majorHAnsi"/>
          <w:i/>
          <w:color w:val="666666"/>
          <w:sz w:val="18"/>
        </w:rPr>
        <w:t xml:space="preserve"> „luka finansowa”.</w:t>
      </w:r>
    </w:p>
    <w:tbl>
      <w:tblPr>
        <w:tblW w:w="0" w:type="auto"/>
        <w:jc w:val="center"/>
        <w:tblLayout w:type="fixed"/>
        <w:tblLook w:val="04A0" w:firstRow="1" w:lastRow="0" w:firstColumn="1" w:lastColumn="0" w:noHBand="0" w:noVBand="1"/>
      </w:tblPr>
      <w:tblGrid>
        <w:gridCol w:w="9978"/>
      </w:tblGrid>
      <w:tr w:rsidR="00313787" w:rsidRPr="00B57F18" w14:paraId="72D35688"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2BC2FF92"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20"/>
              </w:rPr>
              <w:br/>
            </w:r>
            <w:r w:rsidRPr="00B57F18">
              <w:rPr>
                <w:rFonts w:asciiTheme="majorHAnsi" w:eastAsia="Arial" w:hAnsiTheme="majorHAnsi" w:cstheme="majorHAnsi"/>
                <w:color w:val="333333"/>
                <w:sz w:val="20"/>
              </w:rPr>
              <w:br/>
            </w:r>
          </w:p>
        </w:tc>
      </w:tr>
    </w:tbl>
    <w:p w14:paraId="30AB9F16" w14:textId="77777777" w:rsidR="00313787" w:rsidRPr="00B57F18" w:rsidRDefault="00313787">
      <w:pPr>
        <w:spacing w:after="20"/>
        <w:rPr>
          <w:rFonts w:asciiTheme="majorHAnsi" w:hAnsiTheme="majorHAnsi" w:cstheme="majorHAnsi"/>
        </w:rPr>
      </w:pPr>
    </w:p>
    <w:p w14:paraId="4302D640" w14:textId="77777777" w:rsidR="00313787" w:rsidRPr="00B57F18" w:rsidRDefault="00000000">
      <w:pPr>
        <w:keepNext/>
        <w:spacing w:before="140" w:after="80"/>
        <w:rPr>
          <w:rFonts w:asciiTheme="majorHAnsi" w:hAnsiTheme="majorHAnsi" w:cstheme="majorHAnsi"/>
          <w:lang w:val="pl-PL"/>
        </w:rPr>
      </w:pPr>
      <w:r w:rsidRPr="00B57F18">
        <w:rPr>
          <w:rFonts w:asciiTheme="majorHAnsi" w:eastAsia="Arial" w:hAnsiTheme="majorHAnsi" w:cstheme="majorHAnsi"/>
          <w:b/>
          <w:color w:val="55585A"/>
          <w:sz w:val="23"/>
          <w:lang w:val="pl-PL"/>
        </w:rPr>
        <w:t>8.2. Na co zostaną przeznaczone środki?</w:t>
      </w:r>
    </w:p>
    <w:tbl>
      <w:tblPr>
        <w:tblW w:w="5000" w:type="pct"/>
        <w:jc w:val="center"/>
        <w:tblLook w:val="04A0" w:firstRow="1" w:lastRow="0" w:firstColumn="1" w:lastColumn="0" w:noHBand="0" w:noVBand="1"/>
      </w:tblPr>
      <w:tblGrid>
        <w:gridCol w:w="3016"/>
        <w:gridCol w:w="3882"/>
        <w:gridCol w:w="1507"/>
        <w:gridCol w:w="1565"/>
      </w:tblGrid>
      <w:tr w:rsidR="00313787" w:rsidRPr="00B57F18" w14:paraId="3CBF1D66" w14:textId="77777777" w:rsidTr="00B57F18">
        <w:trPr>
          <w:tblHeader/>
          <w:jc w:val="center"/>
        </w:trPr>
        <w:tc>
          <w:tcPr>
            <w:tcW w:w="151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5EE2251F" w14:textId="77777777" w:rsidR="00313787" w:rsidRPr="00B57F18" w:rsidRDefault="00000000">
            <w:pPr>
              <w:spacing w:after="0" w:line="240" w:lineRule="auto"/>
              <w:jc w:val="center"/>
              <w:rPr>
                <w:rFonts w:asciiTheme="majorHAnsi" w:hAnsiTheme="majorHAnsi" w:cstheme="majorHAnsi"/>
              </w:rPr>
            </w:pPr>
            <w:proofErr w:type="spellStart"/>
            <w:r w:rsidRPr="00B57F18">
              <w:rPr>
                <w:rFonts w:asciiTheme="majorHAnsi" w:eastAsia="Arial" w:hAnsiTheme="majorHAnsi" w:cstheme="majorHAnsi"/>
                <w:b/>
                <w:color w:val="FFFFFF"/>
                <w:sz w:val="16"/>
              </w:rPr>
              <w:t>Wydatek</w:t>
            </w:r>
            <w:proofErr w:type="spellEnd"/>
            <w:r w:rsidRPr="00B57F18">
              <w:rPr>
                <w:rFonts w:asciiTheme="majorHAnsi" w:eastAsia="Arial" w:hAnsiTheme="majorHAnsi" w:cstheme="majorHAnsi"/>
                <w:b/>
                <w:color w:val="FFFFFF"/>
                <w:sz w:val="16"/>
              </w:rPr>
              <w:t xml:space="preserve"> / cel</w:t>
            </w:r>
          </w:p>
        </w:tc>
        <w:tc>
          <w:tcPr>
            <w:tcW w:w="1947"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24B7083B"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Dlaczego jest potrzebny?</w:t>
            </w:r>
          </w:p>
        </w:tc>
        <w:tc>
          <w:tcPr>
            <w:tcW w:w="756"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1CC37D7A"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Planowany termin</w:t>
            </w:r>
          </w:p>
        </w:tc>
        <w:tc>
          <w:tcPr>
            <w:tcW w:w="785"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12B17416"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Kwota</w:t>
            </w:r>
          </w:p>
        </w:tc>
      </w:tr>
      <w:tr w:rsidR="00313787" w:rsidRPr="00B57F18" w14:paraId="2390BFAE" w14:textId="77777777" w:rsidTr="00B57F18">
        <w:trPr>
          <w:jc w:val="center"/>
        </w:trPr>
        <w:tc>
          <w:tcPr>
            <w:tcW w:w="151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AD7AEBF" w14:textId="77777777" w:rsidR="00313787" w:rsidRPr="00B57F18" w:rsidRDefault="00313787">
            <w:pPr>
              <w:spacing w:after="0" w:line="240" w:lineRule="auto"/>
              <w:rPr>
                <w:rFonts w:asciiTheme="majorHAnsi" w:hAnsiTheme="majorHAnsi" w:cstheme="majorHAnsi"/>
              </w:rPr>
            </w:pPr>
          </w:p>
        </w:tc>
        <w:tc>
          <w:tcPr>
            <w:tcW w:w="1947"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F577CF4" w14:textId="77777777" w:rsidR="00313787" w:rsidRPr="00B57F18" w:rsidRDefault="00313787">
            <w:pPr>
              <w:spacing w:after="0" w:line="240" w:lineRule="auto"/>
              <w:rPr>
                <w:rFonts w:asciiTheme="majorHAnsi" w:hAnsiTheme="majorHAnsi" w:cstheme="majorHAnsi"/>
              </w:rPr>
            </w:pPr>
          </w:p>
        </w:tc>
        <w:tc>
          <w:tcPr>
            <w:tcW w:w="756"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A614C85" w14:textId="77777777" w:rsidR="00313787" w:rsidRPr="00B57F18" w:rsidRDefault="00313787">
            <w:pPr>
              <w:spacing w:after="0" w:line="240" w:lineRule="auto"/>
              <w:rPr>
                <w:rFonts w:asciiTheme="majorHAnsi" w:hAnsiTheme="majorHAnsi" w:cstheme="majorHAnsi"/>
              </w:rPr>
            </w:pPr>
          </w:p>
        </w:tc>
        <w:tc>
          <w:tcPr>
            <w:tcW w:w="78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1C166C6" w14:textId="77777777" w:rsidR="00313787" w:rsidRPr="00B57F18" w:rsidRDefault="00313787">
            <w:pPr>
              <w:spacing w:after="0" w:line="240" w:lineRule="auto"/>
              <w:rPr>
                <w:rFonts w:asciiTheme="majorHAnsi" w:hAnsiTheme="majorHAnsi" w:cstheme="majorHAnsi"/>
              </w:rPr>
            </w:pPr>
          </w:p>
        </w:tc>
      </w:tr>
      <w:tr w:rsidR="00313787" w:rsidRPr="00B57F18" w14:paraId="2FC7894A" w14:textId="77777777" w:rsidTr="00B57F18">
        <w:trPr>
          <w:jc w:val="center"/>
        </w:trPr>
        <w:tc>
          <w:tcPr>
            <w:tcW w:w="151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3163288" w14:textId="77777777" w:rsidR="00313787" w:rsidRPr="00B57F18" w:rsidRDefault="00313787">
            <w:pPr>
              <w:spacing w:after="0" w:line="240" w:lineRule="auto"/>
              <w:rPr>
                <w:rFonts w:asciiTheme="majorHAnsi" w:hAnsiTheme="majorHAnsi" w:cstheme="majorHAnsi"/>
              </w:rPr>
            </w:pPr>
          </w:p>
        </w:tc>
        <w:tc>
          <w:tcPr>
            <w:tcW w:w="1947"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59D475A" w14:textId="77777777" w:rsidR="00313787" w:rsidRPr="00B57F18" w:rsidRDefault="00313787">
            <w:pPr>
              <w:spacing w:after="0" w:line="240" w:lineRule="auto"/>
              <w:rPr>
                <w:rFonts w:asciiTheme="majorHAnsi" w:hAnsiTheme="majorHAnsi" w:cstheme="majorHAnsi"/>
              </w:rPr>
            </w:pPr>
          </w:p>
        </w:tc>
        <w:tc>
          <w:tcPr>
            <w:tcW w:w="756"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DC70729" w14:textId="77777777" w:rsidR="00313787" w:rsidRPr="00B57F18" w:rsidRDefault="00313787">
            <w:pPr>
              <w:spacing w:after="0" w:line="240" w:lineRule="auto"/>
              <w:rPr>
                <w:rFonts w:asciiTheme="majorHAnsi" w:hAnsiTheme="majorHAnsi" w:cstheme="majorHAnsi"/>
              </w:rPr>
            </w:pPr>
          </w:p>
        </w:tc>
        <w:tc>
          <w:tcPr>
            <w:tcW w:w="78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76A9AF5" w14:textId="77777777" w:rsidR="00313787" w:rsidRPr="00B57F18" w:rsidRDefault="00313787">
            <w:pPr>
              <w:spacing w:after="0" w:line="240" w:lineRule="auto"/>
              <w:rPr>
                <w:rFonts w:asciiTheme="majorHAnsi" w:hAnsiTheme="majorHAnsi" w:cstheme="majorHAnsi"/>
              </w:rPr>
            </w:pPr>
          </w:p>
        </w:tc>
      </w:tr>
      <w:tr w:rsidR="00313787" w:rsidRPr="00B57F18" w14:paraId="365130EE" w14:textId="77777777" w:rsidTr="00B57F18">
        <w:trPr>
          <w:jc w:val="center"/>
        </w:trPr>
        <w:tc>
          <w:tcPr>
            <w:tcW w:w="151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4EA9F06" w14:textId="77777777" w:rsidR="00313787" w:rsidRPr="00B57F18" w:rsidRDefault="00313787">
            <w:pPr>
              <w:spacing w:after="0" w:line="240" w:lineRule="auto"/>
              <w:rPr>
                <w:rFonts w:asciiTheme="majorHAnsi" w:hAnsiTheme="majorHAnsi" w:cstheme="majorHAnsi"/>
              </w:rPr>
            </w:pPr>
          </w:p>
        </w:tc>
        <w:tc>
          <w:tcPr>
            <w:tcW w:w="1947"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7E35311" w14:textId="77777777" w:rsidR="00313787" w:rsidRPr="00B57F18" w:rsidRDefault="00313787">
            <w:pPr>
              <w:spacing w:after="0" w:line="240" w:lineRule="auto"/>
              <w:rPr>
                <w:rFonts w:asciiTheme="majorHAnsi" w:hAnsiTheme="majorHAnsi" w:cstheme="majorHAnsi"/>
              </w:rPr>
            </w:pPr>
          </w:p>
        </w:tc>
        <w:tc>
          <w:tcPr>
            <w:tcW w:w="756"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6F67B42" w14:textId="77777777" w:rsidR="00313787" w:rsidRPr="00B57F18" w:rsidRDefault="00313787">
            <w:pPr>
              <w:spacing w:after="0" w:line="240" w:lineRule="auto"/>
              <w:rPr>
                <w:rFonts w:asciiTheme="majorHAnsi" w:hAnsiTheme="majorHAnsi" w:cstheme="majorHAnsi"/>
              </w:rPr>
            </w:pPr>
          </w:p>
        </w:tc>
        <w:tc>
          <w:tcPr>
            <w:tcW w:w="78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8E362C7" w14:textId="77777777" w:rsidR="00313787" w:rsidRPr="00B57F18" w:rsidRDefault="00313787">
            <w:pPr>
              <w:spacing w:after="0" w:line="240" w:lineRule="auto"/>
              <w:rPr>
                <w:rFonts w:asciiTheme="majorHAnsi" w:hAnsiTheme="majorHAnsi" w:cstheme="majorHAnsi"/>
              </w:rPr>
            </w:pPr>
          </w:p>
        </w:tc>
      </w:tr>
      <w:tr w:rsidR="00313787" w:rsidRPr="00B57F18" w14:paraId="1A2AE3F6" w14:textId="77777777" w:rsidTr="00B57F18">
        <w:trPr>
          <w:jc w:val="center"/>
        </w:trPr>
        <w:tc>
          <w:tcPr>
            <w:tcW w:w="151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3CEDC9F" w14:textId="77777777" w:rsidR="00313787" w:rsidRPr="00B57F18" w:rsidRDefault="00313787">
            <w:pPr>
              <w:spacing w:after="0" w:line="240" w:lineRule="auto"/>
              <w:rPr>
                <w:rFonts w:asciiTheme="majorHAnsi" w:hAnsiTheme="majorHAnsi" w:cstheme="majorHAnsi"/>
              </w:rPr>
            </w:pPr>
          </w:p>
        </w:tc>
        <w:tc>
          <w:tcPr>
            <w:tcW w:w="1947"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1F2A884" w14:textId="77777777" w:rsidR="00313787" w:rsidRPr="00B57F18" w:rsidRDefault="00313787">
            <w:pPr>
              <w:spacing w:after="0" w:line="240" w:lineRule="auto"/>
              <w:rPr>
                <w:rFonts w:asciiTheme="majorHAnsi" w:hAnsiTheme="majorHAnsi" w:cstheme="majorHAnsi"/>
              </w:rPr>
            </w:pPr>
          </w:p>
        </w:tc>
        <w:tc>
          <w:tcPr>
            <w:tcW w:w="756"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53780E2" w14:textId="77777777" w:rsidR="00313787" w:rsidRPr="00B57F18" w:rsidRDefault="00313787">
            <w:pPr>
              <w:spacing w:after="0" w:line="240" w:lineRule="auto"/>
              <w:rPr>
                <w:rFonts w:asciiTheme="majorHAnsi" w:hAnsiTheme="majorHAnsi" w:cstheme="majorHAnsi"/>
              </w:rPr>
            </w:pPr>
          </w:p>
        </w:tc>
        <w:tc>
          <w:tcPr>
            <w:tcW w:w="785"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D582907" w14:textId="77777777" w:rsidR="00313787" w:rsidRPr="00B57F18" w:rsidRDefault="00313787">
            <w:pPr>
              <w:spacing w:after="0" w:line="240" w:lineRule="auto"/>
              <w:rPr>
                <w:rFonts w:asciiTheme="majorHAnsi" w:hAnsiTheme="majorHAnsi" w:cstheme="majorHAnsi"/>
              </w:rPr>
            </w:pPr>
          </w:p>
        </w:tc>
      </w:tr>
      <w:tr w:rsidR="00313787" w:rsidRPr="00B57F18" w14:paraId="544139CE" w14:textId="77777777" w:rsidTr="00B57F18">
        <w:trPr>
          <w:jc w:val="center"/>
        </w:trPr>
        <w:tc>
          <w:tcPr>
            <w:tcW w:w="151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A7815DA" w14:textId="77777777" w:rsidR="00313787" w:rsidRPr="00B57F18" w:rsidRDefault="00313787">
            <w:pPr>
              <w:spacing w:after="0" w:line="240" w:lineRule="auto"/>
              <w:rPr>
                <w:rFonts w:asciiTheme="majorHAnsi" w:hAnsiTheme="majorHAnsi" w:cstheme="majorHAnsi"/>
              </w:rPr>
            </w:pPr>
          </w:p>
        </w:tc>
        <w:tc>
          <w:tcPr>
            <w:tcW w:w="1947"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BEB42F4" w14:textId="77777777" w:rsidR="00313787" w:rsidRPr="00B57F18" w:rsidRDefault="00313787">
            <w:pPr>
              <w:spacing w:after="0" w:line="240" w:lineRule="auto"/>
              <w:rPr>
                <w:rFonts w:asciiTheme="majorHAnsi" w:hAnsiTheme="majorHAnsi" w:cstheme="majorHAnsi"/>
              </w:rPr>
            </w:pPr>
          </w:p>
        </w:tc>
        <w:tc>
          <w:tcPr>
            <w:tcW w:w="756"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B748719" w14:textId="77777777" w:rsidR="00313787" w:rsidRPr="00B57F18" w:rsidRDefault="00313787">
            <w:pPr>
              <w:spacing w:after="0" w:line="240" w:lineRule="auto"/>
              <w:rPr>
                <w:rFonts w:asciiTheme="majorHAnsi" w:hAnsiTheme="majorHAnsi" w:cstheme="majorHAnsi"/>
              </w:rPr>
            </w:pPr>
          </w:p>
        </w:tc>
        <w:tc>
          <w:tcPr>
            <w:tcW w:w="785"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06F98B0" w14:textId="77777777" w:rsidR="00313787" w:rsidRPr="00B57F18" w:rsidRDefault="00313787">
            <w:pPr>
              <w:spacing w:after="0" w:line="240" w:lineRule="auto"/>
              <w:rPr>
                <w:rFonts w:asciiTheme="majorHAnsi" w:hAnsiTheme="majorHAnsi" w:cstheme="majorHAnsi"/>
              </w:rPr>
            </w:pPr>
          </w:p>
        </w:tc>
      </w:tr>
    </w:tbl>
    <w:p w14:paraId="65537192" w14:textId="77777777" w:rsidR="00313787" w:rsidRPr="00B57F18" w:rsidRDefault="00313787">
      <w:pPr>
        <w:spacing w:after="40"/>
        <w:rPr>
          <w:rFonts w:asciiTheme="majorHAnsi" w:hAnsiTheme="majorHAnsi" w:cstheme="majorHAnsi"/>
        </w:rPr>
      </w:pPr>
    </w:p>
    <w:p w14:paraId="4D38DC42" w14:textId="77777777" w:rsidR="00313787" w:rsidRPr="00B57F18" w:rsidRDefault="00000000">
      <w:pPr>
        <w:keepNext/>
        <w:spacing w:before="140" w:after="80"/>
        <w:rPr>
          <w:rFonts w:asciiTheme="majorHAnsi" w:hAnsiTheme="majorHAnsi" w:cstheme="majorHAnsi"/>
        </w:rPr>
      </w:pPr>
      <w:r w:rsidRPr="00B57F18">
        <w:rPr>
          <w:rFonts w:asciiTheme="majorHAnsi" w:eastAsia="Arial" w:hAnsiTheme="majorHAnsi" w:cstheme="majorHAnsi"/>
          <w:b/>
          <w:color w:val="55585A"/>
          <w:sz w:val="23"/>
        </w:rPr>
        <w:t>8.3. Źródła finansowania</w:t>
      </w:r>
    </w:p>
    <w:tbl>
      <w:tblPr>
        <w:tblW w:w="5000" w:type="pct"/>
        <w:jc w:val="center"/>
        <w:tblLook w:val="04A0" w:firstRow="1" w:lastRow="0" w:firstColumn="1" w:lastColumn="0" w:noHBand="0" w:noVBand="1"/>
      </w:tblPr>
      <w:tblGrid>
        <w:gridCol w:w="3015"/>
        <w:gridCol w:w="1797"/>
        <w:gridCol w:w="2608"/>
        <w:gridCol w:w="2550"/>
      </w:tblGrid>
      <w:tr w:rsidR="00313787" w:rsidRPr="00B57F18" w14:paraId="764B52EE" w14:textId="77777777" w:rsidTr="00B57F18">
        <w:trPr>
          <w:tblHeader/>
          <w:jc w:val="center"/>
        </w:trPr>
        <w:tc>
          <w:tcPr>
            <w:tcW w:w="151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1966B13C"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Źródło</w:t>
            </w:r>
          </w:p>
        </w:tc>
        <w:tc>
          <w:tcPr>
            <w:tcW w:w="901"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13AA1BCC"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Kwota</w:t>
            </w:r>
          </w:p>
        </w:tc>
        <w:tc>
          <w:tcPr>
            <w:tcW w:w="1308"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7FF92225" w14:textId="77777777" w:rsidR="00313787" w:rsidRPr="00B57F18" w:rsidRDefault="00000000">
            <w:pPr>
              <w:spacing w:after="0" w:line="240" w:lineRule="auto"/>
              <w:jc w:val="center"/>
              <w:rPr>
                <w:rFonts w:asciiTheme="majorHAnsi" w:hAnsiTheme="majorHAnsi" w:cstheme="majorHAnsi"/>
                <w:lang w:val="pl-PL"/>
              </w:rPr>
            </w:pPr>
            <w:r w:rsidRPr="00B57F18">
              <w:rPr>
                <w:rFonts w:asciiTheme="majorHAnsi" w:eastAsia="Arial" w:hAnsiTheme="majorHAnsi" w:cstheme="majorHAnsi"/>
                <w:b/>
                <w:color w:val="FFFFFF"/>
                <w:sz w:val="16"/>
                <w:lang w:val="pl-PL"/>
              </w:rPr>
              <w:t>Czy środki są już zapewnione?</w:t>
            </w:r>
          </w:p>
        </w:tc>
        <w:tc>
          <w:tcPr>
            <w:tcW w:w="1279"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139FD8C2" w14:textId="77777777" w:rsidR="00313787" w:rsidRPr="00B57F18" w:rsidRDefault="00000000">
            <w:pPr>
              <w:spacing w:after="0" w:line="240" w:lineRule="auto"/>
              <w:jc w:val="center"/>
              <w:rPr>
                <w:rFonts w:asciiTheme="majorHAnsi" w:hAnsiTheme="majorHAnsi" w:cstheme="majorHAnsi"/>
              </w:rPr>
            </w:pPr>
            <w:proofErr w:type="spellStart"/>
            <w:r w:rsidRPr="00B57F18">
              <w:rPr>
                <w:rFonts w:asciiTheme="majorHAnsi" w:eastAsia="Arial" w:hAnsiTheme="majorHAnsi" w:cstheme="majorHAnsi"/>
                <w:b/>
                <w:color w:val="FFFFFF"/>
                <w:sz w:val="16"/>
              </w:rPr>
              <w:t>Uwagi</w:t>
            </w:r>
            <w:proofErr w:type="spellEnd"/>
            <w:r w:rsidRPr="00B57F18">
              <w:rPr>
                <w:rFonts w:asciiTheme="majorHAnsi" w:eastAsia="Arial" w:hAnsiTheme="majorHAnsi" w:cstheme="majorHAnsi"/>
                <w:b/>
                <w:color w:val="FFFFFF"/>
                <w:sz w:val="16"/>
              </w:rPr>
              <w:t xml:space="preserve"> / </w:t>
            </w:r>
            <w:proofErr w:type="spellStart"/>
            <w:r w:rsidRPr="00B57F18">
              <w:rPr>
                <w:rFonts w:asciiTheme="majorHAnsi" w:eastAsia="Arial" w:hAnsiTheme="majorHAnsi" w:cstheme="majorHAnsi"/>
                <w:b/>
                <w:color w:val="FFFFFF"/>
                <w:sz w:val="16"/>
              </w:rPr>
              <w:t>warunki</w:t>
            </w:r>
            <w:proofErr w:type="spellEnd"/>
          </w:p>
        </w:tc>
      </w:tr>
      <w:tr w:rsidR="00313787" w:rsidRPr="00B57F18" w14:paraId="68CD4E1A" w14:textId="77777777" w:rsidTr="00B57F18">
        <w:trPr>
          <w:jc w:val="center"/>
        </w:trPr>
        <w:tc>
          <w:tcPr>
            <w:tcW w:w="151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2B9671A"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6"/>
              </w:rPr>
              <w:t>Środki własne</w:t>
            </w:r>
          </w:p>
        </w:tc>
        <w:tc>
          <w:tcPr>
            <w:tcW w:w="901"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DB526FC" w14:textId="77777777" w:rsidR="00313787" w:rsidRPr="00B57F18" w:rsidRDefault="00313787">
            <w:pPr>
              <w:spacing w:after="0" w:line="240" w:lineRule="auto"/>
              <w:rPr>
                <w:rFonts w:asciiTheme="majorHAnsi" w:hAnsiTheme="majorHAnsi" w:cstheme="majorHAnsi"/>
              </w:rPr>
            </w:pPr>
          </w:p>
        </w:tc>
        <w:tc>
          <w:tcPr>
            <w:tcW w:w="1308"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9A589E3" w14:textId="77777777" w:rsidR="00313787" w:rsidRPr="00B57F18" w:rsidRDefault="00313787">
            <w:pPr>
              <w:spacing w:after="0" w:line="240" w:lineRule="auto"/>
              <w:rPr>
                <w:rFonts w:asciiTheme="majorHAnsi" w:hAnsiTheme="majorHAnsi" w:cstheme="majorHAnsi"/>
              </w:rPr>
            </w:pPr>
          </w:p>
        </w:tc>
        <w:tc>
          <w:tcPr>
            <w:tcW w:w="127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EA77201" w14:textId="77777777" w:rsidR="00313787" w:rsidRPr="00B57F18" w:rsidRDefault="00313787">
            <w:pPr>
              <w:spacing w:after="0" w:line="240" w:lineRule="auto"/>
              <w:rPr>
                <w:rFonts w:asciiTheme="majorHAnsi" w:hAnsiTheme="majorHAnsi" w:cstheme="majorHAnsi"/>
              </w:rPr>
            </w:pPr>
          </w:p>
        </w:tc>
      </w:tr>
      <w:tr w:rsidR="00313787" w:rsidRPr="00B57F18" w14:paraId="1314551B" w14:textId="77777777" w:rsidTr="00B57F18">
        <w:trPr>
          <w:jc w:val="center"/>
        </w:trPr>
        <w:tc>
          <w:tcPr>
            <w:tcW w:w="151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73A2F10"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16"/>
                <w:lang w:val="pl-PL"/>
              </w:rPr>
              <w:t>Wejście kapitałowe MARR S.A.</w:t>
            </w:r>
          </w:p>
        </w:tc>
        <w:tc>
          <w:tcPr>
            <w:tcW w:w="901"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E2C36B3" w14:textId="77777777" w:rsidR="00313787" w:rsidRPr="00B57F18" w:rsidRDefault="00313787">
            <w:pPr>
              <w:spacing w:after="0" w:line="240" w:lineRule="auto"/>
              <w:rPr>
                <w:rFonts w:asciiTheme="majorHAnsi" w:hAnsiTheme="majorHAnsi" w:cstheme="majorHAnsi"/>
                <w:lang w:val="pl-PL"/>
              </w:rPr>
            </w:pPr>
          </w:p>
        </w:tc>
        <w:tc>
          <w:tcPr>
            <w:tcW w:w="1308"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13B7295" w14:textId="77777777" w:rsidR="00313787" w:rsidRPr="00B57F18" w:rsidRDefault="00313787">
            <w:pPr>
              <w:spacing w:after="0" w:line="240" w:lineRule="auto"/>
              <w:rPr>
                <w:rFonts w:asciiTheme="majorHAnsi" w:hAnsiTheme="majorHAnsi" w:cstheme="majorHAnsi"/>
                <w:lang w:val="pl-PL"/>
              </w:rPr>
            </w:pPr>
          </w:p>
        </w:tc>
        <w:tc>
          <w:tcPr>
            <w:tcW w:w="127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0A773DA" w14:textId="77777777" w:rsidR="00313787" w:rsidRPr="00B57F18" w:rsidRDefault="00313787">
            <w:pPr>
              <w:spacing w:after="0" w:line="240" w:lineRule="auto"/>
              <w:rPr>
                <w:rFonts w:asciiTheme="majorHAnsi" w:hAnsiTheme="majorHAnsi" w:cstheme="majorHAnsi"/>
                <w:lang w:val="pl-PL"/>
              </w:rPr>
            </w:pPr>
          </w:p>
        </w:tc>
      </w:tr>
      <w:tr w:rsidR="00313787" w:rsidRPr="00B57F18" w14:paraId="14914C7A" w14:textId="77777777" w:rsidTr="00B57F18">
        <w:trPr>
          <w:jc w:val="center"/>
        </w:trPr>
        <w:tc>
          <w:tcPr>
            <w:tcW w:w="151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E11A2C3" w14:textId="77777777" w:rsidR="00313787" w:rsidRPr="00B57F18" w:rsidRDefault="00000000">
            <w:pPr>
              <w:spacing w:after="0" w:line="240" w:lineRule="auto"/>
              <w:rPr>
                <w:rFonts w:asciiTheme="majorHAnsi" w:hAnsiTheme="majorHAnsi" w:cstheme="majorHAnsi"/>
              </w:rPr>
            </w:pPr>
            <w:proofErr w:type="spellStart"/>
            <w:r w:rsidRPr="00B57F18">
              <w:rPr>
                <w:rFonts w:asciiTheme="majorHAnsi" w:eastAsia="Arial" w:hAnsiTheme="majorHAnsi" w:cstheme="majorHAnsi"/>
                <w:color w:val="333333"/>
                <w:sz w:val="16"/>
              </w:rPr>
              <w:t>Kredyt</w:t>
            </w:r>
            <w:proofErr w:type="spellEnd"/>
            <w:r w:rsidRPr="00B57F18">
              <w:rPr>
                <w:rFonts w:asciiTheme="majorHAnsi" w:eastAsia="Arial" w:hAnsiTheme="majorHAnsi" w:cstheme="majorHAnsi"/>
                <w:color w:val="333333"/>
                <w:sz w:val="16"/>
              </w:rPr>
              <w:t xml:space="preserve"> / </w:t>
            </w:r>
            <w:proofErr w:type="spellStart"/>
            <w:r w:rsidRPr="00B57F18">
              <w:rPr>
                <w:rFonts w:asciiTheme="majorHAnsi" w:eastAsia="Arial" w:hAnsiTheme="majorHAnsi" w:cstheme="majorHAnsi"/>
                <w:color w:val="333333"/>
                <w:sz w:val="16"/>
              </w:rPr>
              <w:t>pożyczka</w:t>
            </w:r>
            <w:proofErr w:type="spellEnd"/>
          </w:p>
        </w:tc>
        <w:tc>
          <w:tcPr>
            <w:tcW w:w="901"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59DBDEC" w14:textId="77777777" w:rsidR="00313787" w:rsidRPr="00B57F18" w:rsidRDefault="00313787">
            <w:pPr>
              <w:spacing w:after="0" w:line="240" w:lineRule="auto"/>
              <w:rPr>
                <w:rFonts w:asciiTheme="majorHAnsi" w:hAnsiTheme="majorHAnsi" w:cstheme="majorHAnsi"/>
              </w:rPr>
            </w:pPr>
          </w:p>
        </w:tc>
        <w:tc>
          <w:tcPr>
            <w:tcW w:w="1308"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F8BF196" w14:textId="77777777" w:rsidR="00313787" w:rsidRPr="00B57F18" w:rsidRDefault="00313787">
            <w:pPr>
              <w:spacing w:after="0" w:line="240" w:lineRule="auto"/>
              <w:rPr>
                <w:rFonts w:asciiTheme="majorHAnsi" w:hAnsiTheme="majorHAnsi" w:cstheme="majorHAnsi"/>
              </w:rPr>
            </w:pPr>
          </w:p>
        </w:tc>
        <w:tc>
          <w:tcPr>
            <w:tcW w:w="127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6BFBBB7" w14:textId="77777777" w:rsidR="00313787" w:rsidRPr="00B57F18" w:rsidRDefault="00313787">
            <w:pPr>
              <w:spacing w:after="0" w:line="240" w:lineRule="auto"/>
              <w:rPr>
                <w:rFonts w:asciiTheme="majorHAnsi" w:hAnsiTheme="majorHAnsi" w:cstheme="majorHAnsi"/>
              </w:rPr>
            </w:pPr>
          </w:p>
        </w:tc>
      </w:tr>
      <w:tr w:rsidR="00313787" w:rsidRPr="00B57F18" w14:paraId="7E1D4C01" w14:textId="77777777" w:rsidTr="00B57F18">
        <w:trPr>
          <w:jc w:val="center"/>
        </w:trPr>
        <w:tc>
          <w:tcPr>
            <w:tcW w:w="151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52F9480"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6"/>
              </w:rPr>
              <w:t>Dotacja / inne wsparcie</w:t>
            </w:r>
          </w:p>
        </w:tc>
        <w:tc>
          <w:tcPr>
            <w:tcW w:w="901"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D60C479" w14:textId="77777777" w:rsidR="00313787" w:rsidRPr="00B57F18" w:rsidRDefault="00313787">
            <w:pPr>
              <w:spacing w:after="0" w:line="240" w:lineRule="auto"/>
              <w:rPr>
                <w:rFonts w:asciiTheme="majorHAnsi" w:hAnsiTheme="majorHAnsi" w:cstheme="majorHAnsi"/>
              </w:rPr>
            </w:pPr>
          </w:p>
        </w:tc>
        <w:tc>
          <w:tcPr>
            <w:tcW w:w="1308"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45E24DB" w14:textId="77777777" w:rsidR="00313787" w:rsidRPr="00B57F18" w:rsidRDefault="00313787">
            <w:pPr>
              <w:spacing w:after="0" w:line="240" w:lineRule="auto"/>
              <w:rPr>
                <w:rFonts w:asciiTheme="majorHAnsi" w:hAnsiTheme="majorHAnsi" w:cstheme="majorHAnsi"/>
              </w:rPr>
            </w:pPr>
          </w:p>
        </w:tc>
        <w:tc>
          <w:tcPr>
            <w:tcW w:w="127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AB8C9A9" w14:textId="77777777" w:rsidR="00313787" w:rsidRPr="00B57F18" w:rsidRDefault="00313787">
            <w:pPr>
              <w:spacing w:after="0" w:line="240" w:lineRule="auto"/>
              <w:rPr>
                <w:rFonts w:asciiTheme="majorHAnsi" w:hAnsiTheme="majorHAnsi" w:cstheme="majorHAnsi"/>
              </w:rPr>
            </w:pPr>
          </w:p>
        </w:tc>
      </w:tr>
      <w:tr w:rsidR="00313787" w:rsidRPr="00B57F18" w14:paraId="40120EC6" w14:textId="77777777" w:rsidTr="00B57F18">
        <w:trPr>
          <w:jc w:val="center"/>
        </w:trPr>
        <w:tc>
          <w:tcPr>
            <w:tcW w:w="151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4F9CCFB"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6"/>
              </w:rPr>
              <w:t>Inne</w:t>
            </w:r>
          </w:p>
        </w:tc>
        <w:tc>
          <w:tcPr>
            <w:tcW w:w="901"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E399486" w14:textId="77777777" w:rsidR="00313787" w:rsidRPr="00B57F18" w:rsidRDefault="00313787">
            <w:pPr>
              <w:spacing w:after="0" w:line="240" w:lineRule="auto"/>
              <w:rPr>
                <w:rFonts w:asciiTheme="majorHAnsi" w:hAnsiTheme="majorHAnsi" w:cstheme="majorHAnsi"/>
              </w:rPr>
            </w:pPr>
          </w:p>
        </w:tc>
        <w:tc>
          <w:tcPr>
            <w:tcW w:w="1308"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2039C44" w14:textId="77777777" w:rsidR="00313787" w:rsidRPr="00B57F18" w:rsidRDefault="00313787">
            <w:pPr>
              <w:spacing w:after="0" w:line="240" w:lineRule="auto"/>
              <w:rPr>
                <w:rFonts w:asciiTheme="majorHAnsi" w:hAnsiTheme="majorHAnsi" w:cstheme="majorHAnsi"/>
              </w:rPr>
            </w:pPr>
          </w:p>
        </w:tc>
        <w:tc>
          <w:tcPr>
            <w:tcW w:w="127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F8EB066" w14:textId="77777777" w:rsidR="00313787" w:rsidRPr="00B57F18" w:rsidRDefault="00313787">
            <w:pPr>
              <w:spacing w:after="0" w:line="240" w:lineRule="auto"/>
              <w:rPr>
                <w:rFonts w:asciiTheme="majorHAnsi" w:hAnsiTheme="majorHAnsi" w:cstheme="majorHAnsi"/>
              </w:rPr>
            </w:pPr>
          </w:p>
        </w:tc>
      </w:tr>
    </w:tbl>
    <w:p w14:paraId="0FCD93FB" w14:textId="77777777" w:rsidR="00313787" w:rsidRPr="00B57F18" w:rsidRDefault="00313787">
      <w:pPr>
        <w:spacing w:after="40"/>
        <w:rPr>
          <w:rFonts w:asciiTheme="majorHAnsi" w:hAnsiTheme="majorHAnsi" w:cstheme="majorHAnsi"/>
        </w:rPr>
      </w:pPr>
    </w:p>
    <w:p w14:paraId="5CB2B3B0" w14:textId="77777777" w:rsidR="00313787" w:rsidRPr="00B57F18" w:rsidRDefault="00000000">
      <w:pPr>
        <w:keepNext/>
        <w:spacing w:before="140" w:after="80"/>
        <w:rPr>
          <w:rFonts w:asciiTheme="majorHAnsi" w:hAnsiTheme="majorHAnsi" w:cstheme="majorHAnsi"/>
          <w:lang w:val="pl-PL"/>
        </w:rPr>
      </w:pPr>
      <w:r w:rsidRPr="00B57F18">
        <w:rPr>
          <w:rFonts w:asciiTheme="majorHAnsi" w:eastAsia="Arial" w:hAnsiTheme="majorHAnsi" w:cstheme="majorHAnsi"/>
          <w:b/>
          <w:color w:val="55585A"/>
          <w:sz w:val="23"/>
          <w:lang w:val="pl-PL"/>
        </w:rPr>
        <w:t>8.4. Oczekiwane wejście kapitałowe MARR S.A.</w:t>
      </w:r>
    </w:p>
    <w:tbl>
      <w:tblPr>
        <w:tblW w:w="5000" w:type="pct"/>
        <w:jc w:val="center"/>
        <w:tblLook w:val="04A0" w:firstRow="1" w:lastRow="0" w:firstColumn="1" w:lastColumn="0" w:noHBand="0" w:noVBand="1"/>
      </w:tblPr>
      <w:tblGrid>
        <w:gridCol w:w="4635"/>
        <w:gridCol w:w="5333"/>
      </w:tblGrid>
      <w:tr w:rsidR="00313787" w:rsidRPr="00B57F18" w14:paraId="62A53F27" w14:textId="77777777" w:rsidTr="00B57F18">
        <w:trPr>
          <w:jc w:val="center"/>
        </w:trPr>
        <w:tc>
          <w:tcPr>
            <w:tcW w:w="2325" w:type="pct"/>
            <w:tcBorders>
              <w:top w:val="single" w:sz="4" w:space="0" w:color="D0D3D5"/>
              <w:left w:val="single" w:sz="4" w:space="0" w:color="D0D3D5"/>
              <w:bottom w:val="single" w:sz="4" w:space="0" w:color="D0D3D5"/>
              <w:right w:val="single" w:sz="4" w:space="0" w:color="D0D3D5"/>
            </w:tcBorders>
            <w:shd w:val="clear" w:color="auto" w:fill="F3F4F5"/>
            <w:tcMar>
              <w:top w:w="100" w:type="dxa"/>
              <w:left w:w="100" w:type="dxa"/>
              <w:bottom w:w="100" w:type="dxa"/>
              <w:right w:w="100" w:type="dxa"/>
            </w:tcMar>
          </w:tcPr>
          <w:p w14:paraId="4EA446EC" w14:textId="77777777" w:rsidR="00313787" w:rsidRPr="00B57F18" w:rsidRDefault="00000000">
            <w:pPr>
              <w:rPr>
                <w:rFonts w:asciiTheme="majorHAnsi" w:hAnsiTheme="majorHAnsi" w:cstheme="majorHAnsi"/>
              </w:rPr>
            </w:pPr>
            <w:proofErr w:type="spellStart"/>
            <w:r w:rsidRPr="00B57F18">
              <w:rPr>
                <w:rFonts w:asciiTheme="majorHAnsi" w:eastAsia="Arial" w:hAnsiTheme="majorHAnsi" w:cstheme="majorHAnsi"/>
                <w:b/>
                <w:color w:val="333333"/>
                <w:sz w:val="17"/>
              </w:rPr>
              <w:t>Wnioskowana</w:t>
            </w:r>
            <w:proofErr w:type="spellEnd"/>
            <w:r w:rsidRPr="00B57F18">
              <w:rPr>
                <w:rFonts w:asciiTheme="majorHAnsi" w:eastAsia="Arial" w:hAnsiTheme="majorHAnsi" w:cstheme="majorHAnsi"/>
                <w:b/>
                <w:color w:val="333333"/>
                <w:sz w:val="17"/>
              </w:rPr>
              <w:t xml:space="preserve"> </w:t>
            </w:r>
            <w:proofErr w:type="spellStart"/>
            <w:r w:rsidRPr="00B57F18">
              <w:rPr>
                <w:rFonts w:asciiTheme="majorHAnsi" w:eastAsia="Arial" w:hAnsiTheme="majorHAnsi" w:cstheme="majorHAnsi"/>
                <w:b/>
                <w:color w:val="333333"/>
                <w:sz w:val="17"/>
              </w:rPr>
              <w:t>kwota</w:t>
            </w:r>
            <w:proofErr w:type="spellEnd"/>
          </w:p>
        </w:tc>
        <w:tc>
          <w:tcPr>
            <w:tcW w:w="2675" w:type="pct"/>
            <w:tcBorders>
              <w:top w:val="single" w:sz="4" w:space="0" w:color="D0D3D5"/>
              <w:left w:val="single" w:sz="4" w:space="0" w:color="D0D3D5"/>
              <w:bottom w:val="single" w:sz="4" w:space="0" w:color="D0D3D5"/>
              <w:right w:val="single" w:sz="4" w:space="0" w:color="D0D3D5"/>
            </w:tcBorders>
            <w:shd w:val="clear" w:color="auto" w:fill="FFFFFF"/>
            <w:tcMar>
              <w:top w:w="100" w:type="dxa"/>
              <w:left w:w="100" w:type="dxa"/>
              <w:bottom w:w="100" w:type="dxa"/>
              <w:right w:w="100" w:type="dxa"/>
            </w:tcMar>
          </w:tcPr>
          <w:p w14:paraId="0F41995D" w14:textId="77777777" w:rsidR="00313787" w:rsidRPr="00B57F18" w:rsidRDefault="00313787">
            <w:pPr>
              <w:rPr>
                <w:rFonts w:asciiTheme="majorHAnsi" w:hAnsiTheme="majorHAnsi" w:cstheme="majorHAnsi"/>
              </w:rPr>
            </w:pPr>
          </w:p>
        </w:tc>
      </w:tr>
      <w:tr w:rsidR="00313787" w:rsidRPr="00B57F18" w14:paraId="0A017FA4" w14:textId="77777777" w:rsidTr="00B57F18">
        <w:trPr>
          <w:jc w:val="center"/>
        </w:trPr>
        <w:tc>
          <w:tcPr>
            <w:tcW w:w="2325" w:type="pct"/>
            <w:tcBorders>
              <w:top w:val="single" w:sz="4" w:space="0" w:color="D0D3D5"/>
              <w:left w:val="single" w:sz="4" w:space="0" w:color="D0D3D5"/>
              <w:bottom w:val="single" w:sz="4" w:space="0" w:color="D0D3D5"/>
              <w:right w:val="single" w:sz="4" w:space="0" w:color="D0D3D5"/>
            </w:tcBorders>
            <w:shd w:val="clear" w:color="auto" w:fill="F3F4F5"/>
            <w:tcMar>
              <w:top w:w="100" w:type="dxa"/>
              <w:left w:w="100" w:type="dxa"/>
              <w:bottom w:w="100" w:type="dxa"/>
              <w:right w:w="100" w:type="dxa"/>
            </w:tcMar>
          </w:tcPr>
          <w:p w14:paraId="7874A81C" w14:textId="77777777" w:rsidR="00313787" w:rsidRPr="00B57F18" w:rsidRDefault="00000000">
            <w:pPr>
              <w:rPr>
                <w:rFonts w:asciiTheme="majorHAnsi" w:hAnsiTheme="majorHAnsi" w:cstheme="majorHAnsi"/>
              </w:rPr>
            </w:pPr>
            <w:r w:rsidRPr="00B57F18">
              <w:rPr>
                <w:rFonts w:asciiTheme="majorHAnsi" w:eastAsia="Arial" w:hAnsiTheme="majorHAnsi" w:cstheme="majorHAnsi"/>
                <w:b/>
                <w:color w:val="333333"/>
                <w:sz w:val="17"/>
              </w:rPr>
              <w:t>Najważniejszy cel wykorzystania kapitału</w:t>
            </w:r>
          </w:p>
        </w:tc>
        <w:tc>
          <w:tcPr>
            <w:tcW w:w="2675" w:type="pct"/>
            <w:tcBorders>
              <w:top w:val="single" w:sz="4" w:space="0" w:color="D0D3D5"/>
              <w:left w:val="single" w:sz="4" w:space="0" w:color="D0D3D5"/>
              <w:bottom w:val="single" w:sz="4" w:space="0" w:color="D0D3D5"/>
              <w:right w:val="single" w:sz="4" w:space="0" w:color="D0D3D5"/>
            </w:tcBorders>
            <w:shd w:val="clear" w:color="auto" w:fill="FFFFFF"/>
            <w:tcMar>
              <w:top w:w="100" w:type="dxa"/>
              <w:left w:w="100" w:type="dxa"/>
              <w:bottom w:w="100" w:type="dxa"/>
              <w:right w:w="100" w:type="dxa"/>
            </w:tcMar>
          </w:tcPr>
          <w:p w14:paraId="2E623E6C" w14:textId="77777777" w:rsidR="00313787" w:rsidRPr="00B57F18" w:rsidRDefault="00313787">
            <w:pPr>
              <w:rPr>
                <w:rFonts w:asciiTheme="majorHAnsi" w:hAnsiTheme="majorHAnsi" w:cstheme="majorHAnsi"/>
              </w:rPr>
            </w:pPr>
          </w:p>
        </w:tc>
      </w:tr>
      <w:tr w:rsidR="00313787" w:rsidRPr="00B57F18" w14:paraId="693C5546" w14:textId="77777777" w:rsidTr="00B57F18">
        <w:trPr>
          <w:jc w:val="center"/>
        </w:trPr>
        <w:tc>
          <w:tcPr>
            <w:tcW w:w="2325" w:type="pct"/>
            <w:tcBorders>
              <w:top w:val="single" w:sz="4" w:space="0" w:color="D0D3D5"/>
              <w:left w:val="single" w:sz="4" w:space="0" w:color="D0D3D5"/>
              <w:bottom w:val="single" w:sz="4" w:space="0" w:color="D0D3D5"/>
              <w:right w:val="single" w:sz="4" w:space="0" w:color="D0D3D5"/>
            </w:tcBorders>
            <w:shd w:val="clear" w:color="auto" w:fill="F3F4F5"/>
            <w:tcMar>
              <w:top w:w="100" w:type="dxa"/>
              <w:left w:w="100" w:type="dxa"/>
              <w:bottom w:w="100" w:type="dxa"/>
              <w:right w:w="100" w:type="dxa"/>
            </w:tcMar>
          </w:tcPr>
          <w:p w14:paraId="768A7836" w14:textId="77777777" w:rsidR="00313787" w:rsidRPr="00B57F18" w:rsidRDefault="00000000">
            <w:pPr>
              <w:rPr>
                <w:rFonts w:asciiTheme="majorHAnsi" w:hAnsiTheme="majorHAnsi" w:cstheme="majorHAnsi"/>
                <w:lang w:val="pl-PL"/>
              </w:rPr>
            </w:pPr>
            <w:r w:rsidRPr="00B57F18">
              <w:rPr>
                <w:rFonts w:asciiTheme="majorHAnsi" w:eastAsia="Arial" w:hAnsiTheme="majorHAnsi" w:cstheme="majorHAnsi"/>
                <w:b/>
                <w:color w:val="333333"/>
                <w:sz w:val="17"/>
                <w:lang w:val="pl-PL"/>
              </w:rPr>
              <w:t>Proponowany udział MARR S.A. – jeśli projektodawca ma już propozycję</w:t>
            </w:r>
          </w:p>
        </w:tc>
        <w:tc>
          <w:tcPr>
            <w:tcW w:w="2675" w:type="pct"/>
            <w:tcBorders>
              <w:top w:val="single" w:sz="4" w:space="0" w:color="D0D3D5"/>
              <w:left w:val="single" w:sz="4" w:space="0" w:color="D0D3D5"/>
              <w:bottom w:val="single" w:sz="4" w:space="0" w:color="D0D3D5"/>
              <w:right w:val="single" w:sz="4" w:space="0" w:color="D0D3D5"/>
            </w:tcBorders>
            <w:shd w:val="clear" w:color="auto" w:fill="FFFFFF"/>
            <w:tcMar>
              <w:top w:w="100" w:type="dxa"/>
              <w:left w:w="100" w:type="dxa"/>
              <w:bottom w:w="100" w:type="dxa"/>
              <w:right w:w="100" w:type="dxa"/>
            </w:tcMar>
          </w:tcPr>
          <w:p w14:paraId="3932B451" w14:textId="77777777" w:rsidR="00313787" w:rsidRPr="00B57F18" w:rsidRDefault="00313787">
            <w:pPr>
              <w:rPr>
                <w:rFonts w:asciiTheme="majorHAnsi" w:hAnsiTheme="majorHAnsi" w:cstheme="majorHAnsi"/>
                <w:lang w:val="pl-PL"/>
              </w:rPr>
            </w:pPr>
          </w:p>
        </w:tc>
      </w:tr>
      <w:tr w:rsidR="00313787" w:rsidRPr="00B57F18" w14:paraId="5BB2217C" w14:textId="77777777" w:rsidTr="00B57F18">
        <w:trPr>
          <w:jc w:val="center"/>
        </w:trPr>
        <w:tc>
          <w:tcPr>
            <w:tcW w:w="2325" w:type="pct"/>
            <w:tcBorders>
              <w:top w:val="single" w:sz="4" w:space="0" w:color="D0D3D5"/>
              <w:left w:val="single" w:sz="4" w:space="0" w:color="D0D3D5"/>
              <w:bottom w:val="single" w:sz="4" w:space="0" w:color="D0D3D5"/>
              <w:right w:val="single" w:sz="4" w:space="0" w:color="D0D3D5"/>
            </w:tcBorders>
            <w:shd w:val="clear" w:color="auto" w:fill="F3F4F5"/>
            <w:tcMar>
              <w:top w:w="100" w:type="dxa"/>
              <w:left w:w="100" w:type="dxa"/>
              <w:bottom w:w="100" w:type="dxa"/>
              <w:right w:w="100" w:type="dxa"/>
            </w:tcMar>
          </w:tcPr>
          <w:p w14:paraId="4AA05411" w14:textId="77777777" w:rsidR="00313787" w:rsidRPr="00B57F18" w:rsidRDefault="00000000">
            <w:pPr>
              <w:rPr>
                <w:rFonts w:asciiTheme="majorHAnsi" w:hAnsiTheme="majorHAnsi" w:cstheme="majorHAnsi"/>
                <w:lang w:val="pl-PL"/>
              </w:rPr>
            </w:pPr>
            <w:r w:rsidRPr="00B57F18">
              <w:rPr>
                <w:rFonts w:asciiTheme="majorHAnsi" w:eastAsia="Arial" w:hAnsiTheme="majorHAnsi" w:cstheme="majorHAnsi"/>
                <w:b/>
                <w:color w:val="333333"/>
                <w:sz w:val="17"/>
                <w:lang w:val="pl-PL"/>
              </w:rPr>
              <w:t>Czy finansowanie ma być jednorazowe czy etapami i jakie rezultaty mają warunkować kolejne etapy?</w:t>
            </w:r>
          </w:p>
        </w:tc>
        <w:tc>
          <w:tcPr>
            <w:tcW w:w="2675" w:type="pct"/>
            <w:tcBorders>
              <w:top w:val="single" w:sz="4" w:space="0" w:color="D0D3D5"/>
              <w:left w:val="single" w:sz="4" w:space="0" w:color="D0D3D5"/>
              <w:bottom w:val="single" w:sz="4" w:space="0" w:color="D0D3D5"/>
              <w:right w:val="single" w:sz="4" w:space="0" w:color="D0D3D5"/>
            </w:tcBorders>
            <w:shd w:val="clear" w:color="auto" w:fill="FFFFFF"/>
            <w:tcMar>
              <w:top w:w="100" w:type="dxa"/>
              <w:left w:w="100" w:type="dxa"/>
              <w:bottom w:w="100" w:type="dxa"/>
              <w:right w:w="100" w:type="dxa"/>
            </w:tcMar>
          </w:tcPr>
          <w:p w14:paraId="03C5F0C3" w14:textId="77777777" w:rsidR="00313787" w:rsidRPr="00B57F18" w:rsidRDefault="00313787">
            <w:pPr>
              <w:rPr>
                <w:rFonts w:asciiTheme="majorHAnsi" w:hAnsiTheme="majorHAnsi" w:cstheme="majorHAnsi"/>
                <w:lang w:val="pl-PL"/>
              </w:rPr>
            </w:pPr>
          </w:p>
        </w:tc>
      </w:tr>
      <w:tr w:rsidR="00313787" w:rsidRPr="00B57F18" w14:paraId="4D1BAF2C" w14:textId="77777777" w:rsidTr="00B57F18">
        <w:trPr>
          <w:jc w:val="center"/>
        </w:trPr>
        <w:tc>
          <w:tcPr>
            <w:tcW w:w="2325" w:type="pct"/>
            <w:tcBorders>
              <w:top w:val="single" w:sz="4" w:space="0" w:color="D0D3D5"/>
              <w:left w:val="single" w:sz="4" w:space="0" w:color="D0D3D5"/>
              <w:bottom w:val="single" w:sz="4" w:space="0" w:color="D0D3D5"/>
              <w:right w:val="single" w:sz="4" w:space="0" w:color="D0D3D5"/>
            </w:tcBorders>
            <w:shd w:val="clear" w:color="auto" w:fill="F3F4F5"/>
            <w:tcMar>
              <w:top w:w="100" w:type="dxa"/>
              <w:left w:w="100" w:type="dxa"/>
              <w:bottom w:w="100" w:type="dxa"/>
              <w:right w:w="100" w:type="dxa"/>
            </w:tcMar>
          </w:tcPr>
          <w:p w14:paraId="5BBB782C" w14:textId="77777777" w:rsidR="00313787" w:rsidRPr="00B57F18" w:rsidRDefault="00000000">
            <w:pPr>
              <w:rPr>
                <w:rFonts w:asciiTheme="majorHAnsi" w:hAnsiTheme="majorHAnsi" w:cstheme="majorHAnsi"/>
                <w:lang w:val="pl-PL"/>
              </w:rPr>
            </w:pPr>
            <w:r w:rsidRPr="00B57F18">
              <w:rPr>
                <w:rFonts w:asciiTheme="majorHAnsi" w:eastAsia="Arial" w:hAnsiTheme="majorHAnsi" w:cstheme="majorHAnsi"/>
                <w:b/>
                <w:color w:val="333333"/>
                <w:sz w:val="17"/>
                <w:lang w:val="pl-PL"/>
              </w:rPr>
              <w:t>Dalsze potrzeby finansowe oraz możliwy sposób zakończenia zaangażowania MARR S.A. – jeśli są już znane</w:t>
            </w:r>
          </w:p>
        </w:tc>
        <w:tc>
          <w:tcPr>
            <w:tcW w:w="2675" w:type="pct"/>
            <w:tcBorders>
              <w:top w:val="single" w:sz="4" w:space="0" w:color="D0D3D5"/>
              <w:left w:val="single" w:sz="4" w:space="0" w:color="D0D3D5"/>
              <w:bottom w:val="single" w:sz="4" w:space="0" w:color="D0D3D5"/>
              <w:right w:val="single" w:sz="4" w:space="0" w:color="D0D3D5"/>
            </w:tcBorders>
            <w:shd w:val="clear" w:color="auto" w:fill="FFFFFF"/>
            <w:tcMar>
              <w:top w:w="100" w:type="dxa"/>
              <w:left w:w="100" w:type="dxa"/>
              <w:bottom w:w="100" w:type="dxa"/>
              <w:right w:w="100" w:type="dxa"/>
            </w:tcMar>
          </w:tcPr>
          <w:p w14:paraId="41FE1FED" w14:textId="77777777" w:rsidR="00313787" w:rsidRPr="00B57F18" w:rsidRDefault="00313787">
            <w:pPr>
              <w:rPr>
                <w:rFonts w:asciiTheme="majorHAnsi" w:hAnsiTheme="majorHAnsi" w:cstheme="majorHAnsi"/>
                <w:lang w:val="pl-PL"/>
              </w:rPr>
            </w:pPr>
          </w:p>
        </w:tc>
      </w:tr>
    </w:tbl>
    <w:p w14:paraId="3A1C104A" w14:textId="77777777" w:rsidR="00313787" w:rsidRPr="00B57F18" w:rsidRDefault="00313787">
      <w:pPr>
        <w:spacing w:after="40"/>
        <w:rPr>
          <w:rFonts w:asciiTheme="majorHAnsi" w:hAnsiTheme="majorHAnsi" w:cstheme="majorHAnsi"/>
          <w:lang w:val="pl-PL"/>
        </w:rPr>
      </w:pPr>
    </w:p>
    <w:p w14:paraId="61A9B089" w14:textId="77777777" w:rsidR="00313787" w:rsidRPr="00B57F18" w:rsidRDefault="00000000">
      <w:pPr>
        <w:keepNext/>
        <w:pageBreakBefore/>
        <w:pBdr>
          <w:bottom w:val="single" w:sz="12" w:space="2" w:color="F58220"/>
        </w:pBdr>
        <w:spacing w:before="160" w:after="120"/>
        <w:rPr>
          <w:rFonts w:asciiTheme="majorHAnsi" w:hAnsiTheme="majorHAnsi" w:cstheme="majorHAnsi"/>
        </w:rPr>
      </w:pPr>
      <w:r w:rsidRPr="00B57F18">
        <w:rPr>
          <w:rFonts w:asciiTheme="majorHAnsi" w:eastAsia="Arial" w:hAnsiTheme="majorHAnsi" w:cstheme="majorHAnsi"/>
          <w:b/>
          <w:color w:val="55585A"/>
          <w:sz w:val="28"/>
        </w:rPr>
        <w:lastRenderedPageBreak/>
        <w:t>9. Prognoza sprzedaży, kosztów i wyniku</w:t>
      </w:r>
    </w:p>
    <w:tbl>
      <w:tblPr>
        <w:tblW w:w="0" w:type="auto"/>
        <w:jc w:val="center"/>
        <w:tblLayout w:type="fixed"/>
        <w:tblLook w:val="04A0" w:firstRow="1" w:lastRow="0" w:firstColumn="1" w:lastColumn="0" w:noHBand="0" w:noVBand="1"/>
      </w:tblPr>
      <w:tblGrid>
        <w:gridCol w:w="9978"/>
      </w:tblGrid>
      <w:tr w:rsidR="00313787" w:rsidRPr="00B57F18" w14:paraId="33031ABF" w14:textId="77777777">
        <w:trPr>
          <w:jc w:val="center"/>
        </w:trPr>
        <w:tc>
          <w:tcPr>
            <w:tcW w:w="9978" w:type="dxa"/>
            <w:tcBorders>
              <w:top w:val="nil"/>
              <w:left w:val="single" w:sz="14" w:space="0" w:color="F58220"/>
              <w:bottom w:val="nil"/>
              <w:right w:val="nil"/>
            </w:tcBorders>
            <w:shd w:val="clear" w:color="auto" w:fill="FFF4E9"/>
            <w:tcMar>
              <w:top w:w="120" w:type="dxa"/>
              <w:left w:w="140" w:type="dxa"/>
              <w:bottom w:w="120" w:type="dxa"/>
              <w:right w:w="140" w:type="dxa"/>
            </w:tcMar>
          </w:tcPr>
          <w:p w14:paraId="45E666D0" w14:textId="77777777" w:rsidR="00313787" w:rsidRPr="00B57F18" w:rsidRDefault="00000000">
            <w:pPr>
              <w:spacing w:after="0" w:line="252" w:lineRule="auto"/>
              <w:rPr>
                <w:rFonts w:asciiTheme="majorHAnsi" w:hAnsiTheme="majorHAnsi" w:cstheme="majorHAnsi"/>
                <w:lang w:val="pl-PL"/>
              </w:rPr>
            </w:pPr>
            <w:r w:rsidRPr="00B57F18">
              <w:rPr>
                <w:rFonts w:asciiTheme="majorHAnsi" w:eastAsia="Arial" w:hAnsiTheme="majorHAnsi" w:cstheme="majorHAnsi"/>
                <w:color w:val="333333"/>
                <w:sz w:val="18"/>
                <w:lang w:val="pl-PL"/>
              </w:rPr>
              <w:t>Prognozy powinny być realistyczne i wynikać z opisanych wcześniej założeń. Jeżeli przedsięwzięcie jest na wczesnym etapie, można przyjąć ostrożne szacunki. MARR S.A. może poprosić o szczegółowy arkusz finansowy na dalszym etapie.</w:t>
            </w:r>
          </w:p>
        </w:tc>
      </w:tr>
    </w:tbl>
    <w:p w14:paraId="1925DB6B" w14:textId="77777777" w:rsidR="00313787" w:rsidRPr="00B57F18" w:rsidRDefault="00313787">
      <w:pPr>
        <w:spacing w:after="40"/>
        <w:rPr>
          <w:rFonts w:asciiTheme="majorHAnsi" w:hAnsiTheme="majorHAnsi" w:cstheme="majorHAnsi"/>
          <w:lang w:val="pl-PL"/>
        </w:rPr>
      </w:pPr>
    </w:p>
    <w:p w14:paraId="5C5F5D07" w14:textId="77777777" w:rsidR="00313787" w:rsidRPr="00B57F18" w:rsidRDefault="00000000">
      <w:pPr>
        <w:keepNext/>
        <w:spacing w:before="140" w:after="80"/>
        <w:rPr>
          <w:rFonts w:asciiTheme="majorHAnsi" w:hAnsiTheme="majorHAnsi" w:cstheme="majorHAnsi"/>
          <w:lang w:val="pl-PL"/>
        </w:rPr>
      </w:pPr>
      <w:r w:rsidRPr="00B57F18">
        <w:rPr>
          <w:rFonts w:asciiTheme="majorHAnsi" w:eastAsia="Arial" w:hAnsiTheme="majorHAnsi" w:cstheme="majorHAnsi"/>
          <w:b/>
          <w:color w:val="55585A"/>
          <w:sz w:val="23"/>
          <w:lang w:val="pl-PL"/>
        </w:rPr>
        <w:t>9.1. Planowana sprzedaż – liczba sprzedanych produktów / usług</w:t>
      </w:r>
    </w:p>
    <w:tbl>
      <w:tblPr>
        <w:tblW w:w="5000" w:type="pct"/>
        <w:jc w:val="center"/>
        <w:tblLook w:val="04A0" w:firstRow="1" w:lastRow="0" w:firstColumn="1" w:lastColumn="0" w:noHBand="0" w:noVBand="1"/>
      </w:tblPr>
      <w:tblGrid>
        <w:gridCol w:w="2908"/>
        <w:gridCol w:w="814"/>
        <w:gridCol w:w="1250"/>
        <w:gridCol w:w="1250"/>
        <w:gridCol w:w="1250"/>
        <w:gridCol w:w="1250"/>
        <w:gridCol w:w="1248"/>
      </w:tblGrid>
      <w:tr w:rsidR="00313787" w:rsidRPr="00B57F18" w14:paraId="38ADEB77" w14:textId="77777777" w:rsidTr="00B57F18">
        <w:trPr>
          <w:tblHeader/>
          <w:jc w:val="center"/>
        </w:trPr>
        <w:tc>
          <w:tcPr>
            <w:tcW w:w="1458"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5180C87B" w14:textId="77777777" w:rsidR="00313787" w:rsidRPr="00B57F18" w:rsidRDefault="00000000">
            <w:pPr>
              <w:spacing w:after="0" w:line="240" w:lineRule="auto"/>
              <w:jc w:val="center"/>
              <w:rPr>
                <w:rFonts w:asciiTheme="majorHAnsi" w:hAnsiTheme="majorHAnsi" w:cstheme="majorHAnsi"/>
              </w:rPr>
            </w:pPr>
            <w:proofErr w:type="spellStart"/>
            <w:r w:rsidRPr="00B57F18">
              <w:rPr>
                <w:rFonts w:asciiTheme="majorHAnsi" w:eastAsia="Arial" w:hAnsiTheme="majorHAnsi" w:cstheme="majorHAnsi"/>
                <w:b/>
                <w:color w:val="FFFFFF"/>
                <w:sz w:val="15"/>
              </w:rPr>
              <w:t>Produkt</w:t>
            </w:r>
            <w:proofErr w:type="spellEnd"/>
            <w:r w:rsidRPr="00B57F18">
              <w:rPr>
                <w:rFonts w:asciiTheme="majorHAnsi" w:eastAsia="Arial" w:hAnsiTheme="majorHAnsi" w:cstheme="majorHAnsi"/>
                <w:b/>
                <w:color w:val="FFFFFF"/>
                <w:sz w:val="15"/>
              </w:rPr>
              <w:t xml:space="preserve"> / </w:t>
            </w:r>
            <w:proofErr w:type="spellStart"/>
            <w:r w:rsidRPr="00B57F18">
              <w:rPr>
                <w:rFonts w:asciiTheme="majorHAnsi" w:eastAsia="Arial" w:hAnsiTheme="majorHAnsi" w:cstheme="majorHAnsi"/>
                <w:b/>
                <w:color w:val="FFFFFF"/>
                <w:sz w:val="15"/>
              </w:rPr>
              <w:t>usługa</w:t>
            </w:r>
            <w:proofErr w:type="spellEnd"/>
          </w:p>
        </w:tc>
        <w:tc>
          <w:tcPr>
            <w:tcW w:w="408"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549808F3"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5"/>
              </w:rPr>
              <w:t>j.m.</w:t>
            </w:r>
          </w:p>
        </w:tc>
        <w:tc>
          <w:tcPr>
            <w:tcW w:w="627"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679C2C30"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5"/>
              </w:rPr>
              <w:t>Rok 1</w:t>
            </w:r>
          </w:p>
        </w:tc>
        <w:tc>
          <w:tcPr>
            <w:tcW w:w="627"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6D582C70"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5"/>
              </w:rPr>
              <w:t>Rok 2</w:t>
            </w:r>
          </w:p>
        </w:tc>
        <w:tc>
          <w:tcPr>
            <w:tcW w:w="627"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6AADC051"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5"/>
              </w:rPr>
              <w:t>Rok 3</w:t>
            </w:r>
          </w:p>
        </w:tc>
        <w:tc>
          <w:tcPr>
            <w:tcW w:w="627"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26B7D88A"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5"/>
              </w:rPr>
              <w:t>Rok 4</w:t>
            </w:r>
          </w:p>
        </w:tc>
        <w:tc>
          <w:tcPr>
            <w:tcW w:w="627"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75FAFC4C"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5"/>
              </w:rPr>
              <w:t>Rok 5</w:t>
            </w:r>
          </w:p>
        </w:tc>
      </w:tr>
      <w:tr w:rsidR="00313787" w:rsidRPr="00B57F18" w14:paraId="21484960" w14:textId="77777777" w:rsidTr="00B57F18">
        <w:trPr>
          <w:jc w:val="center"/>
        </w:trPr>
        <w:tc>
          <w:tcPr>
            <w:tcW w:w="1458"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32F17D0" w14:textId="77777777" w:rsidR="00313787" w:rsidRPr="00B57F18" w:rsidRDefault="00313787">
            <w:pPr>
              <w:spacing w:after="0" w:line="240" w:lineRule="auto"/>
              <w:rPr>
                <w:rFonts w:asciiTheme="majorHAnsi" w:hAnsiTheme="majorHAnsi" w:cstheme="majorHAnsi"/>
              </w:rPr>
            </w:pPr>
          </w:p>
        </w:tc>
        <w:tc>
          <w:tcPr>
            <w:tcW w:w="408"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0B14966"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C59A8CB"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6AD6350"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4C7DFBD"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2DF09D0"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1883439" w14:textId="77777777" w:rsidR="00313787" w:rsidRPr="00B57F18" w:rsidRDefault="00313787">
            <w:pPr>
              <w:spacing w:after="0" w:line="240" w:lineRule="auto"/>
              <w:rPr>
                <w:rFonts w:asciiTheme="majorHAnsi" w:hAnsiTheme="majorHAnsi" w:cstheme="majorHAnsi"/>
              </w:rPr>
            </w:pPr>
          </w:p>
        </w:tc>
      </w:tr>
      <w:tr w:rsidR="00313787" w:rsidRPr="00B57F18" w14:paraId="6533DDEA" w14:textId="77777777" w:rsidTr="00B57F18">
        <w:trPr>
          <w:jc w:val="center"/>
        </w:trPr>
        <w:tc>
          <w:tcPr>
            <w:tcW w:w="1458"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D33AA1C" w14:textId="77777777" w:rsidR="00313787" w:rsidRPr="00B57F18" w:rsidRDefault="00313787">
            <w:pPr>
              <w:spacing w:after="0" w:line="240" w:lineRule="auto"/>
              <w:rPr>
                <w:rFonts w:asciiTheme="majorHAnsi" w:hAnsiTheme="majorHAnsi" w:cstheme="majorHAnsi"/>
              </w:rPr>
            </w:pPr>
          </w:p>
        </w:tc>
        <w:tc>
          <w:tcPr>
            <w:tcW w:w="408"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211E3E3"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3607513"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6782C40"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B465EA1"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5A915FC"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2BD5A08" w14:textId="77777777" w:rsidR="00313787" w:rsidRPr="00B57F18" w:rsidRDefault="00313787">
            <w:pPr>
              <w:spacing w:after="0" w:line="240" w:lineRule="auto"/>
              <w:rPr>
                <w:rFonts w:asciiTheme="majorHAnsi" w:hAnsiTheme="majorHAnsi" w:cstheme="majorHAnsi"/>
              </w:rPr>
            </w:pPr>
          </w:p>
        </w:tc>
      </w:tr>
      <w:tr w:rsidR="00313787" w:rsidRPr="00B57F18" w14:paraId="7E396541" w14:textId="77777777" w:rsidTr="00B57F18">
        <w:trPr>
          <w:jc w:val="center"/>
        </w:trPr>
        <w:tc>
          <w:tcPr>
            <w:tcW w:w="1458"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1D54156" w14:textId="77777777" w:rsidR="00313787" w:rsidRPr="00B57F18" w:rsidRDefault="00313787">
            <w:pPr>
              <w:spacing w:after="0" w:line="240" w:lineRule="auto"/>
              <w:rPr>
                <w:rFonts w:asciiTheme="majorHAnsi" w:hAnsiTheme="majorHAnsi" w:cstheme="majorHAnsi"/>
              </w:rPr>
            </w:pPr>
          </w:p>
        </w:tc>
        <w:tc>
          <w:tcPr>
            <w:tcW w:w="408"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D38463A"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2EAEB93"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95C2B55"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FF76047"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0355C22"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A1C641D" w14:textId="77777777" w:rsidR="00313787" w:rsidRPr="00B57F18" w:rsidRDefault="00313787">
            <w:pPr>
              <w:spacing w:after="0" w:line="240" w:lineRule="auto"/>
              <w:rPr>
                <w:rFonts w:asciiTheme="majorHAnsi" w:hAnsiTheme="majorHAnsi" w:cstheme="majorHAnsi"/>
              </w:rPr>
            </w:pPr>
          </w:p>
        </w:tc>
      </w:tr>
      <w:tr w:rsidR="00313787" w:rsidRPr="00B57F18" w14:paraId="68FAC710" w14:textId="77777777" w:rsidTr="00B57F18">
        <w:trPr>
          <w:jc w:val="center"/>
        </w:trPr>
        <w:tc>
          <w:tcPr>
            <w:tcW w:w="1458"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AEE5BB5" w14:textId="77777777" w:rsidR="00313787" w:rsidRPr="00B57F18" w:rsidRDefault="00313787">
            <w:pPr>
              <w:spacing w:after="0" w:line="240" w:lineRule="auto"/>
              <w:rPr>
                <w:rFonts w:asciiTheme="majorHAnsi" w:hAnsiTheme="majorHAnsi" w:cstheme="majorHAnsi"/>
              </w:rPr>
            </w:pPr>
          </w:p>
        </w:tc>
        <w:tc>
          <w:tcPr>
            <w:tcW w:w="408"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5411A94"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DA561ED"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CAAA9D9"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A42C120"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DF7B38F" w14:textId="77777777" w:rsidR="00313787" w:rsidRPr="00B57F18" w:rsidRDefault="00313787">
            <w:pPr>
              <w:spacing w:after="0" w:line="240" w:lineRule="auto"/>
              <w:rPr>
                <w:rFonts w:asciiTheme="majorHAnsi" w:hAnsiTheme="majorHAnsi" w:cstheme="majorHAnsi"/>
              </w:rPr>
            </w:pPr>
          </w:p>
        </w:tc>
        <w:tc>
          <w:tcPr>
            <w:tcW w:w="627"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2B01AA3" w14:textId="77777777" w:rsidR="00313787" w:rsidRPr="00B57F18" w:rsidRDefault="00313787">
            <w:pPr>
              <w:spacing w:after="0" w:line="240" w:lineRule="auto"/>
              <w:rPr>
                <w:rFonts w:asciiTheme="majorHAnsi" w:hAnsiTheme="majorHAnsi" w:cstheme="majorHAnsi"/>
              </w:rPr>
            </w:pPr>
          </w:p>
        </w:tc>
      </w:tr>
    </w:tbl>
    <w:p w14:paraId="77B3A7B8" w14:textId="77777777" w:rsidR="00313787" w:rsidRPr="00B57F18" w:rsidRDefault="00313787">
      <w:pPr>
        <w:spacing w:after="40"/>
        <w:rPr>
          <w:rFonts w:asciiTheme="majorHAnsi" w:hAnsiTheme="majorHAnsi" w:cstheme="majorHAnsi"/>
        </w:rPr>
      </w:pPr>
    </w:p>
    <w:p w14:paraId="42364829" w14:textId="77777777" w:rsidR="00313787" w:rsidRPr="00B57F18" w:rsidRDefault="00000000">
      <w:pPr>
        <w:spacing w:before="80" w:after="40"/>
        <w:rPr>
          <w:rFonts w:asciiTheme="majorHAnsi" w:hAnsiTheme="majorHAnsi" w:cstheme="majorHAnsi"/>
        </w:rPr>
      </w:pPr>
      <w:r w:rsidRPr="00B57F18">
        <w:rPr>
          <w:rFonts w:asciiTheme="majorHAnsi" w:eastAsia="Arial" w:hAnsiTheme="majorHAnsi" w:cstheme="majorHAnsi"/>
          <w:b/>
          <w:color w:val="333333"/>
        </w:rPr>
        <w:t>Uzasadnienie planowanej sprzedaży</w:t>
      </w:r>
    </w:p>
    <w:p w14:paraId="377B32B9"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Skąd wynika liczba klientów / zamówień? Proszę odnieść się np. do rozmów z klientami, obecnej sprzedaży, mocy produkcyjnych lub wielkości rynku.</w:t>
      </w:r>
    </w:p>
    <w:tbl>
      <w:tblPr>
        <w:tblW w:w="0" w:type="auto"/>
        <w:jc w:val="center"/>
        <w:tblLayout w:type="fixed"/>
        <w:tblLook w:val="04A0" w:firstRow="1" w:lastRow="0" w:firstColumn="1" w:lastColumn="0" w:noHBand="0" w:noVBand="1"/>
      </w:tblPr>
      <w:tblGrid>
        <w:gridCol w:w="9978"/>
      </w:tblGrid>
      <w:tr w:rsidR="00313787" w:rsidRPr="00B57F18" w14:paraId="4F64F0FD"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0C55B748"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p>
        </w:tc>
      </w:tr>
    </w:tbl>
    <w:p w14:paraId="6E7DFDB6" w14:textId="77777777" w:rsidR="00313787" w:rsidRPr="00B57F18" w:rsidRDefault="00313787">
      <w:pPr>
        <w:spacing w:after="20"/>
        <w:rPr>
          <w:rFonts w:asciiTheme="majorHAnsi" w:hAnsiTheme="majorHAnsi" w:cstheme="majorHAnsi"/>
          <w:lang w:val="pl-PL"/>
        </w:rPr>
      </w:pPr>
    </w:p>
    <w:p w14:paraId="727B2D38" w14:textId="77777777" w:rsidR="00313787" w:rsidRPr="00B57F18" w:rsidRDefault="00000000">
      <w:pPr>
        <w:keepNext/>
        <w:spacing w:before="140" w:after="80"/>
        <w:rPr>
          <w:rFonts w:asciiTheme="majorHAnsi" w:hAnsiTheme="majorHAnsi" w:cstheme="majorHAnsi"/>
        </w:rPr>
      </w:pPr>
      <w:r w:rsidRPr="00B57F18">
        <w:rPr>
          <w:rFonts w:asciiTheme="majorHAnsi" w:eastAsia="Arial" w:hAnsiTheme="majorHAnsi" w:cstheme="majorHAnsi"/>
          <w:b/>
          <w:color w:val="55585A"/>
          <w:sz w:val="23"/>
        </w:rPr>
        <w:t>9.2. Planowane ceny</w:t>
      </w:r>
    </w:p>
    <w:tbl>
      <w:tblPr>
        <w:tblW w:w="5000" w:type="pct"/>
        <w:jc w:val="center"/>
        <w:tblLook w:val="04A0" w:firstRow="1" w:lastRow="0" w:firstColumn="1" w:lastColumn="0" w:noHBand="0" w:noVBand="1"/>
      </w:tblPr>
      <w:tblGrid>
        <w:gridCol w:w="3469"/>
        <w:gridCol w:w="1301"/>
        <w:gridCol w:w="1300"/>
        <w:gridCol w:w="1300"/>
        <w:gridCol w:w="1300"/>
        <w:gridCol w:w="1300"/>
      </w:tblGrid>
      <w:tr w:rsidR="00313787" w:rsidRPr="00B57F18" w14:paraId="5F7B4A26" w14:textId="77777777" w:rsidTr="00B57F18">
        <w:trPr>
          <w:tblHeade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7A82B227"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Produkt / usługa</w:t>
            </w:r>
          </w:p>
        </w:tc>
        <w:tc>
          <w:tcPr>
            <w:tcW w:w="65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02F98945"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Rok 1</w:t>
            </w:r>
          </w:p>
        </w:tc>
        <w:tc>
          <w:tcPr>
            <w:tcW w:w="65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3A13BC5C"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Rok 2</w:t>
            </w:r>
          </w:p>
        </w:tc>
        <w:tc>
          <w:tcPr>
            <w:tcW w:w="65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222DFA48"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Rok 3</w:t>
            </w:r>
          </w:p>
        </w:tc>
        <w:tc>
          <w:tcPr>
            <w:tcW w:w="65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58E75301"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Rok 4</w:t>
            </w:r>
          </w:p>
        </w:tc>
        <w:tc>
          <w:tcPr>
            <w:tcW w:w="65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3D6825B4"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Rok 5</w:t>
            </w:r>
          </w:p>
        </w:tc>
      </w:tr>
      <w:tr w:rsidR="00313787" w:rsidRPr="00B57F18" w14:paraId="7371582B" w14:textId="77777777" w:rsidTr="00B57F18">
        <w:trP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7D872E4"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5BC5B8F"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61168C6"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4ED3604"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B3E193B"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85AEE36" w14:textId="77777777" w:rsidR="00313787" w:rsidRPr="00B57F18" w:rsidRDefault="00313787">
            <w:pPr>
              <w:spacing w:after="0" w:line="240" w:lineRule="auto"/>
              <w:rPr>
                <w:rFonts w:asciiTheme="majorHAnsi" w:hAnsiTheme="majorHAnsi" w:cstheme="majorHAnsi"/>
              </w:rPr>
            </w:pPr>
          </w:p>
        </w:tc>
      </w:tr>
      <w:tr w:rsidR="00313787" w:rsidRPr="00B57F18" w14:paraId="08F97E82" w14:textId="77777777" w:rsidTr="00B57F18">
        <w:trP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E505F8F"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C6EC731"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0DC7F43"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60B0CB9"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0F3F7D0"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A76C1E7" w14:textId="77777777" w:rsidR="00313787" w:rsidRPr="00B57F18" w:rsidRDefault="00313787">
            <w:pPr>
              <w:spacing w:after="0" w:line="240" w:lineRule="auto"/>
              <w:rPr>
                <w:rFonts w:asciiTheme="majorHAnsi" w:hAnsiTheme="majorHAnsi" w:cstheme="majorHAnsi"/>
              </w:rPr>
            </w:pPr>
          </w:p>
        </w:tc>
      </w:tr>
      <w:tr w:rsidR="00313787" w:rsidRPr="00B57F18" w14:paraId="7C6DF15C" w14:textId="77777777" w:rsidTr="00B57F18">
        <w:trP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676EE8E"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BAAB9AA"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FA1A72A"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796F290"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4E46543"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90DAB35" w14:textId="77777777" w:rsidR="00313787" w:rsidRPr="00B57F18" w:rsidRDefault="00313787">
            <w:pPr>
              <w:spacing w:after="0" w:line="240" w:lineRule="auto"/>
              <w:rPr>
                <w:rFonts w:asciiTheme="majorHAnsi" w:hAnsiTheme="majorHAnsi" w:cstheme="majorHAnsi"/>
              </w:rPr>
            </w:pPr>
          </w:p>
        </w:tc>
      </w:tr>
      <w:tr w:rsidR="00313787" w:rsidRPr="00B57F18" w14:paraId="05D1DBAA" w14:textId="77777777" w:rsidTr="00B57F18">
        <w:trP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0D13FD9"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68B3131"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4EAD19B"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F7818F9"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D62F76C"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8BAEAE4" w14:textId="77777777" w:rsidR="00313787" w:rsidRPr="00B57F18" w:rsidRDefault="00313787">
            <w:pPr>
              <w:spacing w:after="0" w:line="240" w:lineRule="auto"/>
              <w:rPr>
                <w:rFonts w:asciiTheme="majorHAnsi" w:hAnsiTheme="majorHAnsi" w:cstheme="majorHAnsi"/>
              </w:rPr>
            </w:pPr>
          </w:p>
        </w:tc>
      </w:tr>
    </w:tbl>
    <w:p w14:paraId="5EE4AA06" w14:textId="77777777" w:rsidR="00313787" w:rsidRPr="00B57F18" w:rsidRDefault="00313787">
      <w:pPr>
        <w:spacing w:after="40"/>
        <w:rPr>
          <w:rFonts w:asciiTheme="majorHAnsi" w:hAnsiTheme="majorHAnsi" w:cstheme="majorHAnsi"/>
        </w:rPr>
      </w:pPr>
    </w:p>
    <w:p w14:paraId="055B9AE6" w14:textId="77777777" w:rsidR="00313787" w:rsidRPr="00B57F18" w:rsidRDefault="00000000">
      <w:pPr>
        <w:keepNext/>
        <w:spacing w:before="140" w:after="80"/>
        <w:rPr>
          <w:rFonts w:asciiTheme="majorHAnsi" w:hAnsiTheme="majorHAnsi" w:cstheme="majorHAnsi"/>
        </w:rPr>
      </w:pPr>
      <w:r w:rsidRPr="00B57F18">
        <w:rPr>
          <w:rFonts w:asciiTheme="majorHAnsi" w:eastAsia="Arial" w:hAnsiTheme="majorHAnsi" w:cstheme="majorHAnsi"/>
          <w:b/>
          <w:color w:val="55585A"/>
          <w:sz w:val="23"/>
        </w:rPr>
        <w:t>9.3. Przychody ze sprzedaży</w:t>
      </w:r>
    </w:p>
    <w:tbl>
      <w:tblPr>
        <w:tblW w:w="5000" w:type="pct"/>
        <w:jc w:val="center"/>
        <w:tblLook w:val="04A0" w:firstRow="1" w:lastRow="0" w:firstColumn="1" w:lastColumn="0" w:noHBand="0" w:noVBand="1"/>
      </w:tblPr>
      <w:tblGrid>
        <w:gridCol w:w="3469"/>
        <w:gridCol w:w="1301"/>
        <w:gridCol w:w="1300"/>
        <w:gridCol w:w="1300"/>
        <w:gridCol w:w="1300"/>
        <w:gridCol w:w="1300"/>
      </w:tblGrid>
      <w:tr w:rsidR="00313787" w:rsidRPr="00B57F18" w14:paraId="2F65A54A" w14:textId="77777777" w:rsidTr="00B57F18">
        <w:trPr>
          <w:tblHeade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2652208E"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Produkt / usługa</w:t>
            </w:r>
          </w:p>
        </w:tc>
        <w:tc>
          <w:tcPr>
            <w:tcW w:w="65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37B7A780"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Rok 1</w:t>
            </w:r>
          </w:p>
        </w:tc>
        <w:tc>
          <w:tcPr>
            <w:tcW w:w="65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1BA1B105"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Rok 2</w:t>
            </w:r>
          </w:p>
        </w:tc>
        <w:tc>
          <w:tcPr>
            <w:tcW w:w="65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2510C64A"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Rok 3</w:t>
            </w:r>
          </w:p>
        </w:tc>
        <w:tc>
          <w:tcPr>
            <w:tcW w:w="65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0F93C493"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Rok 4</w:t>
            </w:r>
          </w:p>
        </w:tc>
        <w:tc>
          <w:tcPr>
            <w:tcW w:w="65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32E8FE04"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Rok 5</w:t>
            </w:r>
          </w:p>
        </w:tc>
      </w:tr>
      <w:tr w:rsidR="00313787" w:rsidRPr="00B57F18" w14:paraId="009D2B3E" w14:textId="77777777" w:rsidTr="00B57F18">
        <w:trP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982C672"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903F6F4"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825CBEE"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D0D2268"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BEDCB6B"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CA1A755" w14:textId="77777777" w:rsidR="00313787" w:rsidRPr="00B57F18" w:rsidRDefault="00313787">
            <w:pPr>
              <w:spacing w:after="0" w:line="240" w:lineRule="auto"/>
              <w:rPr>
                <w:rFonts w:asciiTheme="majorHAnsi" w:hAnsiTheme="majorHAnsi" w:cstheme="majorHAnsi"/>
              </w:rPr>
            </w:pPr>
          </w:p>
        </w:tc>
      </w:tr>
      <w:tr w:rsidR="00313787" w:rsidRPr="00B57F18" w14:paraId="038D8F7C" w14:textId="77777777" w:rsidTr="00B57F18">
        <w:trP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890A851"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095E725"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1D152DE"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664D753"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5A592B3"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BF9A723" w14:textId="77777777" w:rsidR="00313787" w:rsidRPr="00B57F18" w:rsidRDefault="00313787">
            <w:pPr>
              <w:spacing w:after="0" w:line="240" w:lineRule="auto"/>
              <w:rPr>
                <w:rFonts w:asciiTheme="majorHAnsi" w:hAnsiTheme="majorHAnsi" w:cstheme="majorHAnsi"/>
              </w:rPr>
            </w:pPr>
          </w:p>
        </w:tc>
      </w:tr>
      <w:tr w:rsidR="00313787" w:rsidRPr="00B57F18" w14:paraId="215B9480" w14:textId="77777777" w:rsidTr="00B57F18">
        <w:trP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8C62A23"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54B735C"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A954074"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AD6662E"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E1AA37E"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EFED5C4" w14:textId="77777777" w:rsidR="00313787" w:rsidRPr="00B57F18" w:rsidRDefault="00313787">
            <w:pPr>
              <w:spacing w:after="0" w:line="240" w:lineRule="auto"/>
              <w:rPr>
                <w:rFonts w:asciiTheme="majorHAnsi" w:hAnsiTheme="majorHAnsi" w:cstheme="majorHAnsi"/>
              </w:rPr>
            </w:pPr>
          </w:p>
        </w:tc>
      </w:tr>
      <w:tr w:rsidR="00313787" w:rsidRPr="00B57F18" w14:paraId="778DD967" w14:textId="77777777" w:rsidTr="00B57F18">
        <w:trP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15CB33D"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C550299"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451A6D0"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B793D86"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53A0DDB"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F324BAB" w14:textId="77777777" w:rsidR="00313787" w:rsidRPr="00B57F18" w:rsidRDefault="00313787">
            <w:pPr>
              <w:spacing w:after="0" w:line="240" w:lineRule="auto"/>
              <w:rPr>
                <w:rFonts w:asciiTheme="majorHAnsi" w:hAnsiTheme="majorHAnsi" w:cstheme="majorHAnsi"/>
              </w:rPr>
            </w:pPr>
          </w:p>
        </w:tc>
      </w:tr>
    </w:tbl>
    <w:p w14:paraId="17DA2F0B" w14:textId="77777777" w:rsidR="00313787" w:rsidRPr="00B57F18" w:rsidRDefault="00313787">
      <w:pPr>
        <w:spacing w:after="40"/>
        <w:rPr>
          <w:rFonts w:asciiTheme="majorHAnsi" w:hAnsiTheme="majorHAnsi" w:cstheme="majorHAnsi"/>
        </w:rPr>
      </w:pPr>
    </w:p>
    <w:p w14:paraId="284B7EC2" w14:textId="77777777" w:rsidR="00313787" w:rsidRPr="00B57F18" w:rsidRDefault="00000000">
      <w:pPr>
        <w:keepNext/>
        <w:pageBreakBefore/>
        <w:spacing w:before="140" w:after="80"/>
        <w:rPr>
          <w:rFonts w:asciiTheme="majorHAnsi" w:hAnsiTheme="majorHAnsi" w:cstheme="majorHAnsi"/>
        </w:rPr>
      </w:pPr>
      <w:r w:rsidRPr="00B57F18">
        <w:rPr>
          <w:rFonts w:asciiTheme="majorHAnsi" w:eastAsia="Arial" w:hAnsiTheme="majorHAnsi" w:cstheme="majorHAnsi"/>
          <w:b/>
          <w:color w:val="55585A"/>
          <w:sz w:val="23"/>
        </w:rPr>
        <w:lastRenderedPageBreak/>
        <w:t>9.4. Główne koszty działalności</w:t>
      </w:r>
    </w:p>
    <w:tbl>
      <w:tblPr>
        <w:tblW w:w="5000" w:type="pct"/>
        <w:jc w:val="center"/>
        <w:tblLook w:val="04A0" w:firstRow="1" w:lastRow="0" w:firstColumn="1" w:lastColumn="0" w:noHBand="0" w:noVBand="1"/>
      </w:tblPr>
      <w:tblGrid>
        <w:gridCol w:w="2551"/>
        <w:gridCol w:w="986"/>
        <w:gridCol w:w="985"/>
        <w:gridCol w:w="985"/>
        <w:gridCol w:w="985"/>
        <w:gridCol w:w="985"/>
        <w:gridCol w:w="2493"/>
      </w:tblGrid>
      <w:tr w:rsidR="00313787" w:rsidRPr="00B57F18" w14:paraId="47081DEA" w14:textId="77777777" w:rsidTr="00B57F18">
        <w:trPr>
          <w:tblHeader/>
          <w:jc w:val="center"/>
        </w:trPr>
        <w:tc>
          <w:tcPr>
            <w:tcW w:w="1279"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734A9012"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5"/>
              </w:rPr>
              <w:t>Kategoria kosztu</w:t>
            </w:r>
          </w:p>
        </w:tc>
        <w:tc>
          <w:tcPr>
            <w:tcW w:w="494"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0E85FA34"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5"/>
              </w:rPr>
              <w:t>Rok 1</w:t>
            </w:r>
          </w:p>
        </w:tc>
        <w:tc>
          <w:tcPr>
            <w:tcW w:w="494"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44DC5383"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5"/>
              </w:rPr>
              <w:t>Rok 2</w:t>
            </w:r>
          </w:p>
        </w:tc>
        <w:tc>
          <w:tcPr>
            <w:tcW w:w="494"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537CB263"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5"/>
              </w:rPr>
              <w:t>Rok 3</w:t>
            </w:r>
          </w:p>
        </w:tc>
        <w:tc>
          <w:tcPr>
            <w:tcW w:w="494"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71D46C15"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5"/>
              </w:rPr>
              <w:t>Rok 4</w:t>
            </w:r>
          </w:p>
        </w:tc>
        <w:tc>
          <w:tcPr>
            <w:tcW w:w="494"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7D4365F3"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5"/>
              </w:rPr>
              <w:t>Rok 5</w:t>
            </w:r>
          </w:p>
        </w:tc>
        <w:tc>
          <w:tcPr>
            <w:tcW w:w="1250"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1DAB1317"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5"/>
              </w:rPr>
              <w:t>Jak oszacowano?</w:t>
            </w:r>
          </w:p>
        </w:tc>
      </w:tr>
      <w:tr w:rsidR="00313787" w:rsidRPr="00B57F18" w14:paraId="172934B9" w14:textId="77777777" w:rsidTr="00B57F18">
        <w:trPr>
          <w:jc w:val="center"/>
        </w:trPr>
        <w:tc>
          <w:tcPr>
            <w:tcW w:w="127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D707B91"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5"/>
              </w:rPr>
              <w:t>Materiały i energia</w:t>
            </w: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F41302E"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2E251FF"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F704BB9"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215D8DE"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B2D9344" w14:textId="77777777" w:rsidR="00313787" w:rsidRPr="00B57F18" w:rsidRDefault="00313787">
            <w:pPr>
              <w:spacing w:after="0" w:line="240" w:lineRule="auto"/>
              <w:rPr>
                <w:rFonts w:asciiTheme="majorHAnsi" w:hAnsiTheme="majorHAnsi" w:cstheme="majorHAnsi"/>
              </w:rPr>
            </w:pPr>
          </w:p>
        </w:tc>
        <w:tc>
          <w:tcPr>
            <w:tcW w:w="1250"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E7770A5" w14:textId="77777777" w:rsidR="00313787" w:rsidRPr="00B57F18" w:rsidRDefault="00313787">
            <w:pPr>
              <w:spacing w:after="0" w:line="240" w:lineRule="auto"/>
              <w:rPr>
                <w:rFonts w:asciiTheme="majorHAnsi" w:hAnsiTheme="majorHAnsi" w:cstheme="majorHAnsi"/>
              </w:rPr>
            </w:pPr>
          </w:p>
        </w:tc>
      </w:tr>
      <w:tr w:rsidR="00313787" w:rsidRPr="00B57F18" w14:paraId="77C6B7D7" w14:textId="77777777" w:rsidTr="00B57F18">
        <w:trPr>
          <w:jc w:val="center"/>
        </w:trPr>
        <w:tc>
          <w:tcPr>
            <w:tcW w:w="127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2D85B53"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5"/>
              </w:rPr>
              <w:t>Usługi obce / podwykonawcy</w:t>
            </w: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13448E1"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DDCD5C0"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C0103D0"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DFC0CF8"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98A47BB" w14:textId="77777777" w:rsidR="00313787" w:rsidRPr="00B57F18" w:rsidRDefault="00313787">
            <w:pPr>
              <w:spacing w:after="0" w:line="240" w:lineRule="auto"/>
              <w:rPr>
                <w:rFonts w:asciiTheme="majorHAnsi" w:hAnsiTheme="majorHAnsi" w:cstheme="majorHAnsi"/>
              </w:rPr>
            </w:pPr>
          </w:p>
        </w:tc>
        <w:tc>
          <w:tcPr>
            <w:tcW w:w="1250"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8EEAF44" w14:textId="77777777" w:rsidR="00313787" w:rsidRPr="00B57F18" w:rsidRDefault="00313787">
            <w:pPr>
              <w:spacing w:after="0" w:line="240" w:lineRule="auto"/>
              <w:rPr>
                <w:rFonts w:asciiTheme="majorHAnsi" w:hAnsiTheme="majorHAnsi" w:cstheme="majorHAnsi"/>
              </w:rPr>
            </w:pPr>
          </w:p>
        </w:tc>
      </w:tr>
      <w:tr w:rsidR="00313787" w:rsidRPr="00B57F18" w14:paraId="7708FC9E" w14:textId="77777777" w:rsidTr="00B57F18">
        <w:trPr>
          <w:jc w:val="center"/>
        </w:trPr>
        <w:tc>
          <w:tcPr>
            <w:tcW w:w="127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D87A1ED"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5"/>
              </w:rPr>
              <w:t>Wynagrodzenia i pochodne</w:t>
            </w: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75BCD72"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7E59224"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D242F24"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0315D88"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0DE0200" w14:textId="77777777" w:rsidR="00313787" w:rsidRPr="00B57F18" w:rsidRDefault="00313787">
            <w:pPr>
              <w:spacing w:after="0" w:line="240" w:lineRule="auto"/>
              <w:rPr>
                <w:rFonts w:asciiTheme="majorHAnsi" w:hAnsiTheme="majorHAnsi" w:cstheme="majorHAnsi"/>
              </w:rPr>
            </w:pPr>
          </w:p>
        </w:tc>
        <w:tc>
          <w:tcPr>
            <w:tcW w:w="1250"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FFF7A71" w14:textId="77777777" w:rsidR="00313787" w:rsidRPr="00B57F18" w:rsidRDefault="00313787">
            <w:pPr>
              <w:spacing w:after="0" w:line="240" w:lineRule="auto"/>
              <w:rPr>
                <w:rFonts w:asciiTheme="majorHAnsi" w:hAnsiTheme="majorHAnsi" w:cstheme="majorHAnsi"/>
              </w:rPr>
            </w:pPr>
          </w:p>
        </w:tc>
      </w:tr>
      <w:tr w:rsidR="00313787" w:rsidRPr="00B57F18" w14:paraId="66CC160C" w14:textId="77777777" w:rsidTr="00B57F18">
        <w:trPr>
          <w:jc w:val="center"/>
        </w:trPr>
        <w:tc>
          <w:tcPr>
            <w:tcW w:w="127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ED022C0"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5"/>
              </w:rPr>
              <w:t>Czynsze / utrzymanie</w:t>
            </w: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1D1E237"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BE00FE0"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DCDF18D"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0B86B4A"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DF8D126" w14:textId="77777777" w:rsidR="00313787" w:rsidRPr="00B57F18" w:rsidRDefault="00313787">
            <w:pPr>
              <w:spacing w:after="0" w:line="240" w:lineRule="auto"/>
              <w:rPr>
                <w:rFonts w:asciiTheme="majorHAnsi" w:hAnsiTheme="majorHAnsi" w:cstheme="majorHAnsi"/>
              </w:rPr>
            </w:pPr>
          </w:p>
        </w:tc>
        <w:tc>
          <w:tcPr>
            <w:tcW w:w="1250"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D7C5B6C" w14:textId="77777777" w:rsidR="00313787" w:rsidRPr="00B57F18" w:rsidRDefault="00313787">
            <w:pPr>
              <w:spacing w:after="0" w:line="240" w:lineRule="auto"/>
              <w:rPr>
                <w:rFonts w:asciiTheme="majorHAnsi" w:hAnsiTheme="majorHAnsi" w:cstheme="majorHAnsi"/>
              </w:rPr>
            </w:pPr>
          </w:p>
        </w:tc>
      </w:tr>
      <w:tr w:rsidR="00313787" w:rsidRPr="00B57F18" w14:paraId="69286B12" w14:textId="77777777" w:rsidTr="00B57F18">
        <w:trPr>
          <w:jc w:val="center"/>
        </w:trPr>
        <w:tc>
          <w:tcPr>
            <w:tcW w:w="127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E76C611"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5"/>
              </w:rPr>
              <w:t>Marketing i sprzedaż</w:t>
            </w: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D994FBE"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D95167F"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B8CE452"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72003FD"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245F7D3" w14:textId="77777777" w:rsidR="00313787" w:rsidRPr="00B57F18" w:rsidRDefault="00313787">
            <w:pPr>
              <w:spacing w:after="0" w:line="240" w:lineRule="auto"/>
              <w:rPr>
                <w:rFonts w:asciiTheme="majorHAnsi" w:hAnsiTheme="majorHAnsi" w:cstheme="majorHAnsi"/>
              </w:rPr>
            </w:pPr>
          </w:p>
        </w:tc>
        <w:tc>
          <w:tcPr>
            <w:tcW w:w="1250"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1411751" w14:textId="77777777" w:rsidR="00313787" w:rsidRPr="00B57F18" w:rsidRDefault="00313787">
            <w:pPr>
              <w:spacing w:after="0" w:line="240" w:lineRule="auto"/>
              <w:rPr>
                <w:rFonts w:asciiTheme="majorHAnsi" w:hAnsiTheme="majorHAnsi" w:cstheme="majorHAnsi"/>
              </w:rPr>
            </w:pPr>
          </w:p>
        </w:tc>
      </w:tr>
      <w:tr w:rsidR="00313787" w:rsidRPr="00B57F18" w14:paraId="09A977F1" w14:textId="77777777" w:rsidTr="00B57F18">
        <w:trPr>
          <w:jc w:val="center"/>
        </w:trPr>
        <w:tc>
          <w:tcPr>
            <w:tcW w:w="127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EA07A10"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5"/>
              </w:rPr>
              <w:t>Amortyzacja</w:t>
            </w: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D77A08F"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1578B9A"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6938450"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2447C429"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03D1D3A" w14:textId="77777777" w:rsidR="00313787" w:rsidRPr="00B57F18" w:rsidRDefault="00313787">
            <w:pPr>
              <w:spacing w:after="0" w:line="240" w:lineRule="auto"/>
              <w:rPr>
                <w:rFonts w:asciiTheme="majorHAnsi" w:hAnsiTheme="majorHAnsi" w:cstheme="majorHAnsi"/>
              </w:rPr>
            </w:pPr>
          </w:p>
        </w:tc>
        <w:tc>
          <w:tcPr>
            <w:tcW w:w="1250"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73972D15" w14:textId="77777777" w:rsidR="00313787" w:rsidRPr="00B57F18" w:rsidRDefault="00313787">
            <w:pPr>
              <w:spacing w:after="0" w:line="240" w:lineRule="auto"/>
              <w:rPr>
                <w:rFonts w:asciiTheme="majorHAnsi" w:hAnsiTheme="majorHAnsi" w:cstheme="majorHAnsi"/>
              </w:rPr>
            </w:pPr>
          </w:p>
        </w:tc>
      </w:tr>
      <w:tr w:rsidR="00313787" w:rsidRPr="00B57F18" w14:paraId="716157E7" w14:textId="77777777" w:rsidTr="00B57F18">
        <w:trPr>
          <w:jc w:val="center"/>
        </w:trPr>
        <w:tc>
          <w:tcPr>
            <w:tcW w:w="127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56B0F06"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5"/>
              </w:rPr>
              <w:t>Podatki i opłaty</w:t>
            </w: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72C350B"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5FBB4FF"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45B77DA"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411982D"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207AFBF" w14:textId="77777777" w:rsidR="00313787" w:rsidRPr="00B57F18" w:rsidRDefault="00313787">
            <w:pPr>
              <w:spacing w:after="0" w:line="240" w:lineRule="auto"/>
              <w:rPr>
                <w:rFonts w:asciiTheme="majorHAnsi" w:hAnsiTheme="majorHAnsi" w:cstheme="majorHAnsi"/>
              </w:rPr>
            </w:pPr>
          </w:p>
        </w:tc>
        <w:tc>
          <w:tcPr>
            <w:tcW w:w="1250"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BEDEB1B" w14:textId="77777777" w:rsidR="00313787" w:rsidRPr="00B57F18" w:rsidRDefault="00313787">
            <w:pPr>
              <w:spacing w:after="0" w:line="240" w:lineRule="auto"/>
              <w:rPr>
                <w:rFonts w:asciiTheme="majorHAnsi" w:hAnsiTheme="majorHAnsi" w:cstheme="majorHAnsi"/>
              </w:rPr>
            </w:pPr>
          </w:p>
        </w:tc>
      </w:tr>
      <w:tr w:rsidR="00313787" w:rsidRPr="00B57F18" w14:paraId="050C7F57" w14:textId="77777777" w:rsidTr="00B57F18">
        <w:trPr>
          <w:jc w:val="center"/>
        </w:trPr>
        <w:tc>
          <w:tcPr>
            <w:tcW w:w="127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E763BD1"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5"/>
              </w:rPr>
              <w:t>Inne istotne koszty</w:t>
            </w: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8E1A75A"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3DE0D25"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8AB4265"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D1F037E" w14:textId="77777777" w:rsidR="00313787" w:rsidRPr="00B57F18" w:rsidRDefault="00313787">
            <w:pPr>
              <w:spacing w:after="0" w:line="240" w:lineRule="auto"/>
              <w:rPr>
                <w:rFonts w:asciiTheme="majorHAnsi" w:hAnsiTheme="majorHAnsi" w:cstheme="majorHAnsi"/>
              </w:rPr>
            </w:pPr>
          </w:p>
        </w:tc>
        <w:tc>
          <w:tcPr>
            <w:tcW w:w="494"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9D5DAB4" w14:textId="77777777" w:rsidR="00313787" w:rsidRPr="00B57F18" w:rsidRDefault="00313787">
            <w:pPr>
              <w:spacing w:after="0" w:line="240" w:lineRule="auto"/>
              <w:rPr>
                <w:rFonts w:asciiTheme="majorHAnsi" w:hAnsiTheme="majorHAnsi" w:cstheme="majorHAnsi"/>
              </w:rPr>
            </w:pPr>
          </w:p>
        </w:tc>
        <w:tc>
          <w:tcPr>
            <w:tcW w:w="1250"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C3414BD" w14:textId="77777777" w:rsidR="00313787" w:rsidRPr="00B57F18" w:rsidRDefault="00313787">
            <w:pPr>
              <w:spacing w:after="0" w:line="240" w:lineRule="auto"/>
              <w:rPr>
                <w:rFonts w:asciiTheme="majorHAnsi" w:hAnsiTheme="majorHAnsi" w:cstheme="majorHAnsi"/>
              </w:rPr>
            </w:pPr>
          </w:p>
        </w:tc>
      </w:tr>
    </w:tbl>
    <w:p w14:paraId="4B7DD691" w14:textId="77777777" w:rsidR="00313787" w:rsidRPr="00B57F18" w:rsidRDefault="00313787">
      <w:pPr>
        <w:spacing w:after="40"/>
        <w:rPr>
          <w:rFonts w:asciiTheme="majorHAnsi" w:hAnsiTheme="majorHAnsi" w:cstheme="majorHAnsi"/>
        </w:rPr>
      </w:pPr>
    </w:p>
    <w:p w14:paraId="359D47BA" w14:textId="77777777" w:rsidR="00313787" w:rsidRPr="00B57F18" w:rsidRDefault="00000000">
      <w:pPr>
        <w:keepNext/>
        <w:spacing w:before="140" w:after="80"/>
        <w:rPr>
          <w:rFonts w:asciiTheme="majorHAnsi" w:hAnsiTheme="majorHAnsi" w:cstheme="majorHAnsi"/>
        </w:rPr>
      </w:pPr>
      <w:r w:rsidRPr="00B57F18">
        <w:rPr>
          <w:rFonts w:asciiTheme="majorHAnsi" w:eastAsia="Arial" w:hAnsiTheme="majorHAnsi" w:cstheme="majorHAnsi"/>
          <w:b/>
          <w:color w:val="55585A"/>
          <w:sz w:val="23"/>
        </w:rPr>
        <w:t>9.5. Proste podsumowanie finansowe</w:t>
      </w:r>
    </w:p>
    <w:tbl>
      <w:tblPr>
        <w:tblW w:w="5000" w:type="pct"/>
        <w:jc w:val="center"/>
        <w:tblLook w:val="04A0" w:firstRow="1" w:lastRow="0" w:firstColumn="1" w:lastColumn="0" w:noHBand="0" w:noVBand="1"/>
      </w:tblPr>
      <w:tblGrid>
        <w:gridCol w:w="3469"/>
        <w:gridCol w:w="1301"/>
        <w:gridCol w:w="1300"/>
        <w:gridCol w:w="1300"/>
        <w:gridCol w:w="1300"/>
        <w:gridCol w:w="1300"/>
      </w:tblGrid>
      <w:tr w:rsidR="00313787" w:rsidRPr="00B57F18" w14:paraId="001E40AE" w14:textId="77777777" w:rsidTr="00B57F18">
        <w:trPr>
          <w:tblHeade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6DD5763F"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Pozycja</w:t>
            </w:r>
          </w:p>
        </w:tc>
        <w:tc>
          <w:tcPr>
            <w:tcW w:w="65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31263A43"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Rok 1</w:t>
            </w:r>
          </w:p>
        </w:tc>
        <w:tc>
          <w:tcPr>
            <w:tcW w:w="65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2295DB0F"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Rok 2</w:t>
            </w:r>
          </w:p>
        </w:tc>
        <w:tc>
          <w:tcPr>
            <w:tcW w:w="65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6A018332"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Rok 3</w:t>
            </w:r>
          </w:p>
        </w:tc>
        <w:tc>
          <w:tcPr>
            <w:tcW w:w="65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57131092"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Rok 4</w:t>
            </w:r>
          </w:p>
        </w:tc>
        <w:tc>
          <w:tcPr>
            <w:tcW w:w="652" w:type="pct"/>
            <w:tcBorders>
              <w:top w:val="single" w:sz="3" w:space="0" w:color="D5D8DA"/>
              <w:left w:val="single" w:sz="3" w:space="0" w:color="D5D8DA"/>
              <w:bottom w:val="single" w:sz="3" w:space="0" w:color="D5D8DA"/>
              <w:right w:val="single" w:sz="3" w:space="0" w:color="D5D8DA"/>
            </w:tcBorders>
            <w:shd w:val="clear" w:color="auto" w:fill="55585A"/>
            <w:tcMar>
              <w:top w:w="90" w:type="dxa"/>
              <w:left w:w="70" w:type="dxa"/>
              <w:bottom w:w="90" w:type="dxa"/>
              <w:right w:w="70" w:type="dxa"/>
            </w:tcMar>
            <w:vAlign w:val="center"/>
          </w:tcPr>
          <w:p w14:paraId="116F911A" w14:textId="77777777" w:rsidR="00313787" w:rsidRPr="00B57F18" w:rsidRDefault="00000000">
            <w:pPr>
              <w:spacing w:after="0" w:line="240" w:lineRule="auto"/>
              <w:jc w:val="center"/>
              <w:rPr>
                <w:rFonts w:asciiTheme="majorHAnsi" w:hAnsiTheme="majorHAnsi" w:cstheme="majorHAnsi"/>
              </w:rPr>
            </w:pPr>
            <w:r w:rsidRPr="00B57F18">
              <w:rPr>
                <w:rFonts w:asciiTheme="majorHAnsi" w:eastAsia="Arial" w:hAnsiTheme="majorHAnsi" w:cstheme="majorHAnsi"/>
                <w:b/>
                <w:color w:val="FFFFFF"/>
                <w:sz w:val="16"/>
              </w:rPr>
              <w:t>Rok 5</w:t>
            </w:r>
          </w:p>
        </w:tc>
      </w:tr>
      <w:tr w:rsidR="00313787" w:rsidRPr="00B57F18" w14:paraId="6857FBFE" w14:textId="77777777" w:rsidTr="00B57F18">
        <w:trP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3A40976"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6"/>
              </w:rPr>
              <w:t>Przychody</w:t>
            </w: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70BBAD3"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80B1967"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CDA5BB5"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FFD200C"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CC33869" w14:textId="77777777" w:rsidR="00313787" w:rsidRPr="00B57F18" w:rsidRDefault="00313787">
            <w:pPr>
              <w:spacing w:after="0" w:line="240" w:lineRule="auto"/>
              <w:rPr>
                <w:rFonts w:asciiTheme="majorHAnsi" w:hAnsiTheme="majorHAnsi" w:cstheme="majorHAnsi"/>
              </w:rPr>
            </w:pPr>
          </w:p>
        </w:tc>
      </w:tr>
      <w:tr w:rsidR="00313787" w:rsidRPr="00B57F18" w14:paraId="303727E1" w14:textId="77777777" w:rsidTr="00B57F18">
        <w:trP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26B3630"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6"/>
              </w:rPr>
              <w:t>Koszty działalności</w:t>
            </w: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60A8D08"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DD12B38"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C73EFD6"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6C4E58B"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AA6E8A0" w14:textId="77777777" w:rsidR="00313787" w:rsidRPr="00B57F18" w:rsidRDefault="00313787">
            <w:pPr>
              <w:spacing w:after="0" w:line="240" w:lineRule="auto"/>
              <w:rPr>
                <w:rFonts w:asciiTheme="majorHAnsi" w:hAnsiTheme="majorHAnsi" w:cstheme="majorHAnsi"/>
              </w:rPr>
            </w:pPr>
          </w:p>
        </w:tc>
      </w:tr>
      <w:tr w:rsidR="00313787" w:rsidRPr="00B57F18" w14:paraId="7CC590BC" w14:textId="77777777" w:rsidTr="00B57F18">
        <w:trP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F01AFD7"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6"/>
              </w:rPr>
              <w:t>Zysk / strata netto</w:t>
            </w: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EC3A16D"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02148FAB"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9D84805"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294FCACD"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523E2ED" w14:textId="77777777" w:rsidR="00313787" w:rsidRPr="00B57F18" w:rsidRDefault="00313787">
            <w:pPr>
              <w:spacing w:after="0" w:line="240" w:lineRule="auto"/>
              <w:rPr>
                <w:rFonts w:asciiTheme="majorHAnsi" w:hAnsiTheme="majorHAnsi" w:cstheme="majorHAnsi"/>
              </w:rPr>
            </w:pPr>
          </w:p>
        </w:tc>
      </w:tr>
      <w:tr w:rsidR="00313787" w:rsidRPr="00B57F18" w14:paraId="39FA6CDB" w14:textId="77777777" w:rsidTr="00B57F18">
        <w:trP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24E7934" w14:textId="77777777" w:rsidR="00313787" w:rsidRPr="00B57F18" w:rsidRDefault="00000000">
            <w:pPr>
              <w:spacing w:after="0" w:line="240" w:lineRule="auto"/>
              <w:rPr>
                <w:rFonts w:asciiTheme="majorHAnsi" w:hAnsiTheme="majorHAnsi" w:cstheme="majorHAnsi"/>
              </w:rPr>
            </w:pPr>
            <w:r w:rsidRPr="00B57F18">
              <w:rPr>
                <w:rFonts w:asciiTheme="majorHAnsi" w:eastAsia="Arial" w:hAnsiTheme="majorHAnsi" w:cstheme="majorHAnsi"/>
                <w:color w:val="333333"/>
                <w:sz w:val="16"/>
              </w:rPr>
              <w:t>Planowane wydatki inwestycyjne</w:t>
            </w: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78C91F0"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6C77A0E"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6DA24B11"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0626BF2B" w14:textId="77777777" w:rsidR="00313787" w:rsidRPr="00B57F18" w:rsidRDefault="00313787">
            <w:pPr>
              <w:spacing w:after="0" w:line="240" w:lineRule="auto"/>
              <w:rPr>
                <w:rFonts w:asciiTheme="majorHAnsi" w:hAnsiTheme="majorHAnsi" w:cstheme="majorHAnsi"/>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7808EFE" w14:textId="77777777" w:rsidR="00313787" w:rsidRPr="00B57F18" w:rsidRDefault="00313787">
            <w:pPr>
              <w:spacing w:after="0" w:line="240" w:lineRule="auto"/>
              <w:rPr>
                <w:rFonts w:asciiTheme="majorHAnsi" w:hAnsiTheme="majorHAnsi" w:cstheme="majorHAnsi"/>
              </w:rPr>
            </w:pPr>
          </w:p>
        </w:tc>
      </w:tr>
      <w:tr w:rsidR="00313787" w:rsidRPr="00B57F18" w14:paraId="41C9098C" w14:textId="77777777" w:rsidTr="00B57F18">
        <w:trP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72EEB71"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16"/>
                <w:lang w:val="pl-PL"/>
              </w:rPr>
              <w:t>Środki pieniężne na początek roku</w:t>
            </w: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3E0B3EBE" w14:textId="77777777" w:rsidR="00313787" w:rsidRPr="00B57F18" w:rsidRDefault="00313787">
            <w:pPr>
              <w:spacing w:after="0" w:line="240" w:lineRule="auto"/>
              <w:rPr>
                <w:rFonts w:asciiTheme="majorHAnsi" w:hAnsiTheme="majorHAnsi" w:cstheme="majorHAnsi"/>
                <w:lang w:val="pl-PL"/>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5072E00E" w14:textId="77777777" w:rsidR="00313787" w:rsidRPr="00B57F18" w:rsidRDefault="00313787">
            <w:pPr>
              <w:spacing w:after="0" w:line="240" w:lineRule="auto"/>
              <w:rPr>
                <w:rFonts w:asciiTheme="majorHAnsi" w:hAnsiTheme="majorHAnsi" w:cstheme="majorHAnsi"/>
                <w:lang w:val="pl-PL"/>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20A5B8A" w14:textId="77777777" w:rsidR="00313787" w:rsidRPr="00B57F18" w:rsidRDefault="00313787">
            <w:pPr>
              <w:spacing w:after="0" w:line="240" w:lineRule="auto"/>
              <w:rPr>
                <w:rFonts w:asciiTheme="majorHAnsi" w:hAnsiTheme="majorHAnsi" w:cstheme="majorHAnsi"/>
                <w:lang w:val="pl-PL"/>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266B0E6" w14:textId="77777777" w:rsidR="00313787" w:rsidRPr="00B57F18" w:rsidRDefault="00313787">
            <w:pPr>
              <w:spacing w:after="0" w:line="240" w:lineRule="auto"/>
              <w:rPr>
                <w:rFonts w:asciiTheme="majorHAnsi" w:hAnsiTheme="majorHAnsi" w:cstheme="majorHAnsi"/>
                <w:lang w:val="pl-PL"/>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89D3361" w14:textId="77777777" w:rsidR="00313787" w:rsidRPr="00B57F18" w:rsidRDefault="00313787">
            <w:pPr>
              <w:spacing w:after="0" w:line="240" w:lineRule="auto"/>
              <w:rPr>
                <w:rFonts w:asciiTheme="majorHAnsi" w:hAnsiTheme="majorHAnsi" w:cstheme="majorHAnsi"/>
                <w:lang w:val="pl-PL"/>
              </w:rPr>
            </w:pPr>
          </w:p>
        </w:tc>
      </w:tr>
      <w:tr w:rsidR="00313787" w:rsidRPr="00B57F18" w14:paraId="1E7400E8" w14:textId="77777777" w:rsidTr="00B57F18">
        <w:trP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58801CB2"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16"/>
                <w:lang w:val="pl-PL"/>
              </w:rPr>
              <w:t>Środki pieniężne na koniec roku</w:t>
            </w: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5D9B487" w14:textId="77777777" w:rsidR="00313787" w:rsidRPr="00B57F18" w:rsidRDefault="00313787">
            <w:pPr>
              <w:spacing w:after="0" w:line="240" w:lineRule="auto"/>
              <w:rPr>
                <w:rFonts w:asciiTheme="majorHAnsi" w:hAnsiTheme="majorHAnsi" w:cstheme="majorHAnsi"/>
                <w:lang w:val="pl-PL"/>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BEF6D0B" w14:textId="77777777" w:rsidR="00313787" w:rsidRPr="00B57F18" w:rsidRDefault="00313787">
            <w:pPr>
              <w:spacing w:after="0" w:line="240" w:lineRule="auto"/>
              <w:rPr>
                <w:rFonts w:asciiTheme="majorHAnsi" w:hAnsiTheme="majorHAnsi" w:cstheme="majorHAnsi"/>
                <w:lang w:val="pl-PL"/>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3B371C35" w14:textId="77777777" w:rsidR="00313787" w:rsidRPr="00B57F18" w:rsidRDefault="00313787">
            <w:pPr>
              <w:spacing w:after="0" w:line="240" w:lineRule="auto"/>
              <w:rPr>
                <w:rFonts w:asciiTheme="majorHAnsi" w:hAnsiTheme="majorHAnsi" w:cstheme="majorHAnsi"/>
                <w:lang w:val="pl-PL"/>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4C41F598" w14:textId="77777777" w:rsidR="00313787" w:rsidRPr="00B57F18" w:rsidRDefault="00313787">
            <w:pPr>
              <w:spacing w:after="0" w:line="240" w:lineRule="auto"/>
              <w:rPr>
                <w:rFonts w:asciiTheme="majorHAnsi" w:hAnsiTheme="majorHAnsi" w:cstheme="majorHAnsi"/>
                <w:lang w:val="pl-PL"/>
              </w:rPr>
            </w:pPr>
          </w:p>
        </w:tc>
        <w:tc>
          <w:tcPr>
            <w:tcW w:w="652" w:type="pct"/>
            <w:tcBorders>
              <w:top w:val="single" w:sz="3" w:space="0" w:color="D5D8DA"/>
              <w:left w:val="single" w:sz="3" w:space="0" w:color="D5D8DA"/>
              <w:bottom w:val="single" w:sz="3" w:space="0" w:color="D5D8DA"/>
              <w:right w:val="single" w:sz="3" w:space="0" w:color="D5D8DA"/>
            </w:tcBorders>
            <w:shd w:val="clear" w:color="auto" w:fill="FAFAFA"/>
            <w:tcMar>
              <w:top w:w="100" w:type="dxa"/>
              <w:left w:w="80" w:type="dxa"/>
              <w:bottom w:w="100" w:type="dxa"/>
              <w:right w:w="80" w:type="dxa"/>
            </w:tcMar>
            <w:vAlign w:val="center"/>
          </w:tcPr>
          <w:p w14:paraId="1977A7FB" w14:textId="77777777" w:rsidR="00313787" w:rsidRPr="00B57F18" w:rsidRDefault="00313787">
            <w:pPr>
              <w:spacing w:after="0" w:line="240" w:lineRule="auto"/>
              <w:rPr>
                <w:rFonts w:asciiTheme="majorHAnsi" w:hAnsiTheme="majorHAnsi" w:cstheme="majorHAnsi"/>
                <w:lang w:val="pl-PL"/>
              </w:rPr>
            </w:pPr>
          </w:p>
        </w:tc>
      </w:tr>
      <w:tr w:rsidR="00313787" w:rsidRPr="00B57F18" w14:paraId="0FE641F7" w14:textId="77777777" w:rsidTr="00B57F18">
        <w:trPr>
          <w:jc w:val="center"/>
        </w:trPr>
        <w:tc>
          <w:tcPr>
            <w:tcW w:w="1739"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63538B03"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16"/>
                <w:lang w:val="pl-PL"/>
              </w:rPr>
              <w:t>Dodatkowe finansowanie potrzebne w danym roku</w:t>
            </w: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708DDEA" w14:textId="77777777" w:rsidR="00313787" w:rsidRPr="00B57F18" w:rsidRDefault="00313787">
            <w:pPr>
              <w:spacing w:after="0" w:line="240" w:lineRule="auto"/>
              <w:rPr>
                <w:rFonts w:asciiTheme="majorHAnsi" w:hAnsiTheme="majorHAnsi" w:cstheme="majorHAnsi"/>
                <w:lang w:val="pl-PL"/>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4A361C18" w14:textId="77777777" w:rsidR="00313787" w:rsidRPr="00B57F18" w:rsidRDefault="00313787">
            <w:pPr>
              <w:spacing w:after="0" w:line="240" w:lineRule="auto"/>
              <w:rPr>
                <w:rFonts w:asciiTheme="majorHAnsi" w:hAnsiTheme="majorHAnsi" w:cstheme="majorHAnsi"/>
                <w:lang w:val="pl-PL"/>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18E0A681" w14:textId="77777777" w:rsidR="00313787" w:rsidRPr="00B57F18" w:rsidRDefault="00313787">
            <w:pPr>
              <w:spacing w:after="0" w:line="240" w:lineRule="auto"/>
              <w:rPr>
                <w:rFonts w:asciiTheme="majorHAnsi" w:hAnsiTheme="majorHAnsi" w:cstheme="majorHAnsi"/>
                <w:lang w:val="pl-PL"/>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D6057E9" w14:textId="77777777" w:rsidR="00313787" w:rsidRPr="00B57F18" w:rsidRDefault="00313787">
            <w:pPr>
              <w:spacing w:after="0" w:line="240" w:lineRule="auto"/>
              <w:rPr>
                <w:rFonts w:asciiTheme="majorHAnsi" w:hAnsiTheme="majorHAnsi" w:cstheme="majorHAnsi"/>
                <w:lang w:val="pl-PL"/>
              </w:rPr>
            </w:pPr>
          </w:p>
        </w:tc>
        <w:tc>
          <w:tcPr>
            <w:tcW w:w="652" w:type="pct"/>
            <w:tcBorders>
              <w:top w:val="single" w:sz="3" w:space="0" w:color="D5D8DA"/>
              <w:left w:val="single" w:sz="3" w:space="0" w:color="D5D8DA"/>
              <w:bottom w:val="single" w:sz="3" w:space="0" w:color="D5D8DA"/>
              <w:right w:val="single" w:sz="3" w:space="0" w:color="D5D8DA"/>
            </w:tcBorders>
            <w:shd w:val="clear" w:color="auto" w:fill="FFFFFF"/>
            <w:tcMar>
              <w:top w:w="100" w:type="dxa"/>
              <w:left w:w="80" w:type="dxa"/>
              <w:bottom w:w="100" w:type="dxa"/>
              <w:right w:w="80" w:type="dxa"/>
            </w:tcMar>
            <w:vAlign w:val="center"/>
          </w:tcPr>
          <w:p w14:paraId="7419768F" w14:textId="77777777" w:rsidR="00313787" w:rsidRPr="00B57F18" w:rsidRDefault="00313787">
            <w:pPr>
              <w:spacing w:after="0" w:line="240" w:lineRule="auto"/>
              <w:rPr>
                <w:rFonts w:asciiTheme="majorHAnsi" w:hAnsiTheme="majorHAnsi" w:cstheme="majorHAnsi"/>
                <w:lang w:val="pl-PL"/>
              </w:rPr>
            </w:pPr>
          </w:p>
        </w:tc>
      </w:tr>
    </w:tbl>
    <w:p w14:paraId="0F7D5782" w14:textId="77777777" w:rsidR="00313787" w:rsidRPr="00B57F18" w:rsidRDefault="00313787">
      <w:pPr>
        <w:spacing w:after="40"/>
        <w:rPr>
          <w:rFonts w:asciiTheme="majorHAnsi" w:hAnsiTheme="majorHAnsi" w:cstheme="majorHAnsi"/>
          <w:lang w:val="pl-PL"/>
        </w:rPr>
      </w:pPr>
    </w:p>
    <w:p w14:paraId="5692C13C"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9.6. Czy w pierwszych 12 miesiącach może wystąpić moment, w którym firmie zabraknie środków na bieżące płatności?</w:t>
      </w:r>
    </w:p>
    <w:p w14:paraId="570BFEAD"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Jeżeli tak, proszę wskazać orientacyjnie kiedy, jaka kwota może być potrzebna i w jaki sposób planowane jest uzupełnienie środków. Nie trzeba sporządzać osobnego „</w:t>
      </w:r>
      <w:proofErr w:type="spellStart"/>
      <w:r w:rsidRPr="00B57F18">
        <w:rPr>
          <w:rFonts w:asciiTheme="majorHAnsi" w:eastAsia="Arial" w:hAnsiTheme="majorHAnsi" w:cstheme="majorHAnsi"/>
          <w:i/>
          <w:color w:val="666666"/>
          <w:sz w:val="18"/>
          <w:lang w:val="pl-PL"/>
        </w:rPr>
        <w:t>cash</w:t>
      </w:r>
      <w:proofErr w:type="spellEnd"/>
      <w:r w:rsidRPr="00B57F18">
        <w:rPr>
          <w:rFonts w:asciiTheme="majorHAnsi" w:eastAsia="Arial" w:hAnsiTheme="majorHAnsi" w:cstheme="majorHAnsi"/>
          <w:i/>
          <w:color w:val="666666"/>
          <w:sz w:val="18"/>
          <w:lang w:val="pl-PL"/>
        </w:rPr>
        <w:t xml:space="preserve"> </w:t>
      </w:r>
      <w:proofErr w:type="spellStart"/>
      <w:r w:rsidRPr="00B57F18">
        <w:rPr>
          <w:rFonts w:asciiTheme="majorHAnsi" w:eastAsia="Arial" w:hAnsiTheme="majorHAnsi" w:cstheme="majorHAnsi"/>
          <w:i/>
          <w:color w:val="666666"/>
          <w:sz w:val="18"/>
          <w:lang w:val="pl-PL"/>
        </w:rPr>
        <w:t>flow</w:t>
      </w:r>
      <w:proofErr w:type="spellEnd"/>
      <w:r w:rsidRPr="00B57F18">
        <w:rPr>
          <w:rFonts w:asciiTheme="majorHAnsi" w:eastAsia="Arial" w:hAnsiTheme="majorHAnsi" w:cstheme="majorHAnsi"/>
          <w:i/>
          <w:color w:val="666666"/>
          <w:sz w:val="18"/>
          <w:lang w:val="pl-PL"/>
        </w:rPr>
        <w:t>”, jeżeli na tym etapie nie jest dostępny.</w:t>
      </w:r>
    </w:p>
    <w:tbl>
      <w:tblPr>
        <w:tblW w:w="0" w:type="auto"/>
        <w:jc w:val="center"/>
        <w:tblLayout w:type="fixed"/>
        <w:tblLook w:val="04A0" w:firstRow="1" w:lastRow="0" w:firstColumn="1" w:lastColumn="0" w:noHBand="0" w:noVBand="1"/>
      </w:tblPr>
      <w:tblGrid>
        <w:gridCol w:w="9978"/>
      </w:tblGrid>
      <w:tr w:rsidR="00313787" w:rsidRPr="00B57F18" w14:paraId="6F4C6533"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02361190"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r w:rsidRPr="00B57F18">
              <w:rPr>
                <w:rFonts w:asciiTheme="majorHAnsi" w:eastAsia="Arial" w:hAnsiTheme="majorHAnsi" w:cstheme="majorHAnsi"/>
                <w:color w:val="333333"/>
                <w:sz w:val="20"/>
                <w:lang w:val="pl-PL"/>
              </w:rPr>
              <w:br/>
            </w:r>
          </w:p>
        </w:tc>
      </w:tr>
    </w:tbl>
    <w:p w14:paraId="60D355F5" w14:textId="77777777" w:rsidR="00313787" w:rsidRPr="00B57F18" w:rsidRDefault="00313787">
      <w:pPr>
        <w:spacing w:after="20"/>
        <w:rPr>
          <w:rFonts w:asciiTheme="majorHAnsi" w:hAnsiTheme="majorHAnsi" w:cstheme="majorHAnsi"/>
          <w:lang w:val="pl-PL"/>
        </w:rPr>
      </w:pPr>
    </w:p>
    <w:p w14:paraId="26956F4C" w14:textId="77777777" w:rsidR="00313787" w:rsidRPr="00B57F18" w:rsidRDefault="00000000">
      <w:pPr>
        <w:spacing w:before="80" w:after="40"/>
        <w:rPr>
          <w:rFonts w:asciiTheme="majorHAnsi" w:hAnsiTheme="majorHAnsi" w:cstheme="majorHAnsi"/>
          <w:lang w:val="pl-PL"/>
        </w:rPr>
      </w:pPr>
      <w:r w:rsidRPr="00B57F18">
        <w:rPr>
          <w:rFonts w:asciiTheme="majorHAnsi" w:eastAsia="Arial" w:hAnsiTheme="majorHAnsi" w:cstheme="majorHAnsi"/>
          <w:b/>
          <w:color w:val="333333"/>
          <w:lang w:val="pl-PL"/>
        </w:rPr>
        <w:t>9.7. Kiedy – według obecnych założeń – działalność zacznie pokrywać swoje bieżące koszty?</w:t>
      </w:r>
    </w:p>
    <w:p w14:paraId="4DDB818A" w14:textId="77777777" w:rsidR="00313787" w:rsidRPr="00B57F18" w:rsidRDefault="00000000">
      <w:pPr>
        <w:spacing w:after="60" w:line="245" w:lineRule="auto"/>
        <w:rPr>
          <w:rFonts w:asciiTheme="majorHAnsi" w:hAnsiTheme="majorHAnsi" w:cstheme="majorHAnsi"/>
          <w:lang w:val="pl-PL"/>
        </w:rPr>
      </w:pPr>
      <w:r w:rsidRPr="00B57F18">
        <w:rPr>
          <w:rFonts w:asciiTheme="majorHAnsi" w:eastAsia="Arial" w:hAnsiTheme="majorHAnsi" w:cstheme="majorHAnsi"/>
          <w:i/>
          <w:color w:val="666666"/>
          <w:sz w:val="18"/>
          <w:lang w:val="pl-PL"/>
        </w:rPr>
        <w:t>Proszę podać przybliżony miesiąc / rok i krótko uzasadnić.</w:t>
      </w:r>
    </w:p>
    <w:tbl>
      <w:tblPr>
        <w:tblW w:w="0" w:type="auto"/>
        <w:jc w:val="center"/>
        <w:tblLayout w:type="fixed"/>
        <w:tblLook w:val="04A0" w:firstRow="1" w:lastRow="0" w:firstColumn="1" w:lastColumn="0" w:noHBand="0" w:noVBand="1"/>
      </w:tblPr>
      <w:tblGrid>
        <w:gridCol w:w="9978"/>
      </w:tblGrid>
      <w:tr w:rsidR="00313787" w:rsidRPr="00B57F18" w14:paraId="5CEE8DEC" w14:textId="77777777">
        <w:trPr>
          <w:jc w:val="center"/>
        </w:trPr>
        <w:tc>
          <w:tcPr>
            <w:tcW w:w="9978" w:type="dxa"/>
            <w:tcBorders>
              <w:top w:val="single" w:sz="5" w:space="0" w:color="BFC3C6"/>
              <w:left w:val="single" w:sz="5" w:space="0" w:color="BFC3C6"/>
              <w:bottom w:val="single" w:sz="5" w:space="0" w:color="BFC3C6"/>
              <w:right w:val="single" w:sz="5" w:space="0" w:color="BFC3C6"/>
            </w:tcBorders>
            <w:shd w:val="clear" w:color="auto" w:fill="FFFFFF"/>
            <w:tcMar>
              <w:top w:w="90" w:type="dxa"/>
              <w:left w:w="110" w:type="dxa"/>
              <w:bottom w:w="90" w:type="dxa"/>
              <w:right w:w="110" w:type="dxa"/>
            </w:tcMar>
          </w:tcPr>
          <w:p w14:paraId="7905572F" w14:textId="77777777" w:rsidR="00313787" w:rsidRPr="00B57F18" w:rsidRDefault="00000000">
            <w:pPr>
              <w:spacing w:after="0" w:line="240" w:lineRule="auto"/>
              <w:rPr>
                <w:rFonts w:asciiTheme="majorHAnsi" w:hAnsiTheme="majorHAnsi" w:cstheme="majorHAnsi"/>
                <w:lang w:val="pl-PL"/>
              </w:rPr>
            </w:pPr>
            <w:r w:rsidRPr="00B57F18">
              <w:rPr>
                <w:rFonts w:asciiTheme="majorHAnsi" w:eastAsia="Arial" w:hAnsiTheme="majorHAnsi" w:cstheme="majorHAnsi"/>
                <w:color w:val="333333"/>
                <w:sz w:val="20"/>
                <w:lang w:val="pl-PL"/>
              </w:rPr>
              <w:br/>
            </w:r>
          </w:p>
        </w:tc>
      </w:tr>
    </w:tbl>
    <w:p w14:paraId="46C78DA5" w14:textId="77777777" w:rsidR="00313787" w:rsidRPr="00B57F18" w:rsidRDefault="00313787">
      <w:pPr>
        <w:spacing w:after="20"/>
        <w:rPr>
          <w:rFonts w:asciiTheme="majorHAnsi" w:hAnsiTheme="majorHAnsi" w:cstheme="majorHAnsi"/>
          <w:lang w:val="pl-PL"/>
        </w:rPr>
      </w:pPr>
    </w:p>
    <w:p w14:paraId="7091D6E5" w14:textId="77777777" w:rsidR="00313787" w:rsidRPr="00B57F18" w:rsidRDefault="00000000">
      <w:pPr>
        <w:keepNext/>
        <w:pageBreakBefore/>
        <w:pBdr>
          <w:bottom w:val="single" w:sz="12" w:space="2" w:color="F58220"/>
        </w:pBdr>
        <w:spacing w:before="160" w:after="120"/>
        <w:rPr>
          <w:rFonts w:asciiTheme="majorHAnsi" w:hAnsiTheme="majorHAnsi" w:cstheme="majorHAnsi"/>
        </w:rPr>
      </w:pPr>
      <w:r w:rsidRPr="00B57F18">
        <w:rPr>
          <w:rFonts w:asciiTheme="majorHAnsi" w:eastAsia="Arial" w:hAnsiTheme="majorHAnsi" w:cstheme="majorHAnsi"/>
          <w:b/>
          <w:color w:val="55585A"/>
          <w:sz w:val="28"/>
        </w:rPr>
        <w:lastRenderedPageBreak/>
        <w:t>10. Załączniki</w:t>
      </w:r>
    </w:p>
    <w:tbl>
      <w:tblPr>
        <w:tblW w:w="0" w:type="auto"/>
        <w:jc w:val="center"/>
        <w:tblLayout w:type="fixed"/>
        <w:tblLook w:val="04A0" w:firstRow="1" w:lastRow="0" w:firstColumn="1" w:lastColumn="0" w:noHBand="0" w:noVBand="1"/>
      </w:tblPr>
      <w:tblGrid>
        <w:gridCol w:w="9978"/>
      </w:tblGrid>
      <w:tr w:rsidR="00313787" w:rsidRPr="00B57F18" w14:paraId="34D7D538" w14:textId="77777777">
        <w:trPr>
          <w:jc w:val="center"/>
        </w:trPr>
        <w:tc>
          <w:tcPr>
            <w:tcW w:w="9978" w:type="dxa"/>
            <w:tcBorders>
              <w:top w:val="nil"/>
              <w:left w:val="single" w:sz="14" w:space="0" w:color="F58220"/>
              <w:bottom w:val="nil"/>
              <w:right w:val="nil"/>
            </w:tcBorders>
            <w:shd w:val="clear" w:color="auto" w:fill="FFF4E9"/>
            <w:tcMar>
              <w:top w:w="120" w:type="dxa"/>
              <w:left w:w="140" w:type="dxa"/>
              <w:bottom w:w="120" w:type="dxa"/>
              <w:right w:w="140" w:type="dxa"/>
            </w:tcMar>
          </w:tcPr>
          <w:p w14:paraId="25EDF4DF" w14:textId="77777777" w:rsidR="00313787" w:rsidRPr="00B57F18" w:rsidRDefault="00000000">
            <w:pPr>
              <w:spacing w:after="0" w:line="252" w:lineRule="auto"/>
              <w:rPr>
                <w:rFonts w:asciiTheme="majorHAnsi" w:hAnsiTheme="majorHAnsi" w:cstheme="majorHAnsi"/>
                <w:lang w:val="pl-PL"/>
              </w:rPr>
            </w:pPr>
            <w:r w:rsidRPr="00B57F18">
              <w:rPr>
                <w:rFonts w:asciiTheme="majorHAnsi" w:eastAsia="Arial" w:hAnsiTheme="majorHAnsi" w:cstheme="majorHAnsi"/>
                <w:color w:val="333333"/>
                <w:sz w:val="18"/>
                <w:lang w:val="pl-PL"/>
              </w:rPr>
              <w:t>Nie każdy załącznik będzie potrzebny przy każdym przedsięwzięciu. MARR S.A. może doprecyzować wymagany zakres po zapoznaniu się z biznesplanem.</w:t>
            </w:r>
          </w:p>
        </w:tc>
      </w:tr>
    </w:tbl>
    <w:p w14:paraId="571BA6C0" w14:textId="77777777" w:rsidR="00313787" w:rsidRPr="00B57F18" w:rsidRDefault="00313787">
      <w:pPr>
        <w:spacing w:after="40"/>
        <w:rPr>
          <w:rFonts w:asciiTheme="majorHAnsi" w:hAnsiTheme="majorHAnsi" w:cstheme="majorHAnsi"/>
          <w:lang w:val="pl-PL"/>
        </w:rPr>
      </w:pPr>
    </w:p>
    <w:p w14:paraId="5AD8F2AF"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Model lub arkusz finansowy – jeżeli został już przygotowany.</w:t>
      </w:r>
    </w:p>
    <w:p w14:paraId="4FE302BC"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Sprawozdania finansowe za ostatnie 3 zamknięte lata oraz bieżące dane finansowe – jeżeli podmiot prowadzi działalność.</w:t>
      </w:r>
    </w:p>
    <w:p w14:paraId="52ECB3FF"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Informacja o kredytach, pożyczkach, leasingach i innych istotnych zobowiązaniach – jeżeli dotyczy.</w:t>
      </w:r>
    </w:p>
    <w:p w14:paraId="5DC22556"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Dokumenty potwierdzające kluczowe założenia: oferty cenowe, zamówienia, listy intencyjne, umowy pilotażowe, wyniki badań rynku – jeżeli są dostępne.</w:t>
      </w:r>
    </w:p>
    <w:p w14:paraId="7C1F3D10"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Dokumenty dotyczące praw do technologii, oprogramowania, marki lub innych istotnych praw – jeżeli dotyczy.</w:t>
      </w:r>
    </w:p>
    <w:p w14:paraId="5576936F"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Informacja o otrzymanych dotacjach, preferencyjnych pożyczkach lub innej pomocy publicznej związanej z przedsięwzięciem – jeżeli dotyczy.</w:t>
      </w:r>
    </w:p>
    <w:p w14:paraId="4102F6A5"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Inne dokumenty, o które MARR S.A. poprosi na dalszym etapie analizy.</w:t>
      </w:r>
    </w:p>
    <w:p w14:paraId="29BCF24E" w14:textId="77777777" w:rsidR="00313787" w:rsidRPr="00B57F18" w:rsidRDefault="00000000">
      <w:pPr>
        <w:keepNext/>
        <w:spacing w:before="140" w:after="80"/>
        <w:rPr>
          <w:rFonts w:asciiTheme="majorHAnsi" w:hAnsiTheme="majorHAnsi" w:cstheme="majorHAnsi"/>
        </w:rPr>
      </w:pPr>
      <w:proofErr w:type="spellStart"/>
      <w:r w:rsidRPr="00B57F18">
        <w:rPr>
          <w:rFonts w:asciiTheme="majorHAnsi" w:eastAsia="Arial" w:hAnsiTheme="majorHAnsi" w:cstheme="majorHAnsi"/>
          <w:b/>
          <w:color w:val="55585A"/>
          <w:sz w:val="23"/>
        </w:rPr>
        <w:t>Ostatnia</w:t>
      </w:r>
      <w:proofErr w:type="spellEnd"/>
      <w:r w:rsidRPr="00B57F18">
        <w:rPr>
          <w:rFonts w:asciiTheme="majorHAnsi" w:eastAsia="Arial" w:hAnsiTheme="majorHAnsi" w:cstheme="majorHAnsi"/>
          <w:b/>
          <w:color w:val="55585A"/>
          <w:sz w:val="23"/>
        </w:rPr>
        <w:t xml:space="preserve"> </w:t>
      </w:r>
      <w:proofErr w:type="spellStart"/>
      <w:r w:rsidRPr="00B57F18">
        <w:rPr>
          <w:rFonts w:asciiTheme="majorHAnsi" w:eastAsia="Arial" w:hAnsiTheme="majorHAnsi" w:cstheme="majorHAnsi"/>
          <w:b/>
          <w:color w:val="55585A"/>
          <w:sz w:val="23"/>
        </w:rPr>
        <w:t>kontrola</w:t>
      </w:r>
      <w:proofErr w:type="spellEnd"/>
      <w:r w:rsidRPr="00B57F18">
        <w:rPr>
          <w:rFonts w:asciiTheme="majorHAnsi" w:eastAsia="Arial" w:hAnsiTheme="majorHAnsi" w:cstheme="majorHAnsi"/>
          <w:b/>
          <w:color w:val="55585A"/>
          <w:sz w:val="23"/>
        </w:rPr>
        <w:t xml:space="preserve"> </w:t>
      </w:r>
      <w:proofErr w:type="spellStart"/>
      <w:r w:rsidRPr="00B57F18">
        <w:rPr>
          <w:rFonts w:asciiTheme="majorHAnsi" w:eastAsia="Arial" w:hAnsiTheme="majorHAnsi" w:cstheme="majorHAnsi"/>
          <w:b/>
          <w:color w:val="55585A"/>
          <w:sz w:val="23"/>
        </w:rPr>
        <w:t>przed</w:t>
      </w:r>
      <w:proofErr w:type="spellEnd"/>
      <w:r w:rsidRPr="00B57F18">
        <w:rPr>
          <w:rFonts w:asciiTheme="majorHAnsi" w:eastAsia="Arial" w:hAnsiTheme="majorHAnsi" w:cstheme="majorHAnsi"/>
          <w:b/>
          <w:color w:val="55585A"/>
          <w:sz w:val="23"/>
        </w:rPr>
        <w:t xml:space="preserve"> </w:t>
      </w:r>
      <w:proofErr w:type="spellStart"/>
      <w:r w:rsidRPr="00B57F18">
        <w:rPr>
          <w:rFonts w:asciiTheme="majorHAnsi" w:eastAsia="Arial" w:hAnsiTheme="majorHAnsi" w:cstheme="majorHAnsi"/>
          <w:b/>
          <w:color w:val="55585A"/>
          <w:sz w:val="23"/>
        </w:rPr>
        <w:t>złożeniem</w:t>
      </w:r>
      <w:proofErr w:type="spellEnd"/>
    </w:p>
    <w:p w14:paraId="50A8766C"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 Czy liczby w części opisowej są zgodne z tabelami finansowymi?</w:t>
      </w:r>
    </w:p>
    <w:p w14:paraId="69D3F023"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 Czy wiadomo, na co dokładnie mają zostać przeznaczone środki MARR S.A.?</w:t>
      </w:r>
    </w:p>
    <w:p w14:paraId="02B065EE"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 Czy główne założenia sprzedaży i kosztów są wyjaśnione?</w:t>
      </w:r>
    </w:p>
    <w:p w14:paraId="44430E90"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 Czy wskazano najważniejsze ryzyka i stan przygotowania przedsięwzięcia?</w:t>
      </w:r>
    </w:p>
    <w:p w14:paraId="5B927F82" w14:textId="77777777" w:rsidR="00313787" w:rsidRPr="00B57F18" w:rsidRDefault="00000000">
      <w:pPr>
        <w:pStyle w:val="Listapunktowana"/>
        <w:spacing w:after="40"/>
        <w:ind w:left="312" w:hanging="142"/>
        <w:rPr>
          <w:rFonts w:asciiTheme="majorHAnsi" w:hAnsiTheme="majorHAnsi" w:cstheme="majorHAnsi"/>
          <w:lang w:val="pl-PL"/>
        </w:rPr>
      </w:pPr>
      <w:r w:rsidRPr="00B57F18">
        <w:rPr>
          <w:rFonts w:asciiTheme="majorHAnsi" w:eastAsia="Arial" w:hAnsiTheme="majorHAnsi" w:cstheme="majorHAnsi"/>
          <w:color w:val="333333"/>
          <w:lang w:val="pl-PL"/>
        </w:rPr>
        <w:t>□ Czy nie wpisano zbędnych danych osobowych?</w:t>
      </w:r>
    </w:p>
    <w:p w14:paraId="1E327CDD" w14:textId="77777777" w:rsidR="00313787" w:rsidRPr="00B57F18" w:rsidRDefault="00000000">
      <w:pPr>
        <w:keepNext/>
        <w:pageBreakBefore/>
        <w:pBdr>
          <w:bottom w:val="single" w:sz="12" w:space="2" w:color="F58220"/>
        </w:pBdr>
        <w:spacing w:before="160" w:after="120"/>
        <w:rPr>
          <w:rFonts w:asciiTheme="majorHAnsi" w:hAnsiTheme="majorHAnsi" w:cstheme="majorHAnsi"/>
          <w:lang w:val="pl-PL"/>
        </w:rPr>
      </w:pPr>
      <w:r w:rsidRPr="00B57F18">
        <w:rPr>
          <w:rFonts w:asciiTheme="majorHAnsi" w:eastAsia="Arial" w:hAnsiTheme="majorHAnsi" w:cstheme="majorHAnsi"/>
          <w:b/>
          <w:color w:val="55585A"/>
          <w:sz w:val="28"/>
          <w:lang w:val="pl-PL"/>
        </w:rPr>
        <w:lastRenderedPageBreak/>
        <w:t>11. Informacja o przetwarzaniu danych osobowych</w:t>
      </w:r>
    </w:p>
    <w:p w14:paraId="11ECED93" w14:textId="77777777" w:rsidR="00313787" w:rsidRPr="00B57F18" w:rsidRDefault="00000000">
      <w:pPr>
        <w:spacing w:after="160" w:line="259" w:lineRule="auto"/>
        <w:rPr>
          <w:rFonts w:asciiTheme="majorHAnsi" w:hAnsiTheme="majorHAnsi" w:cstheme="majorHAnsi"/>
          <w:lang w:val="pl-PL"/>
        </w:rPr>
      </w:pPr>
      <w:r w:rsidRPr="00B57F18">
        <w:rPr>
          <w:rFonts w:asciiTheme="majorHAnsi" w:eastAsia="Arial" w:hAnsiTheme="majorHAnsi" w:cstheme="majorHAnsi"/>
          <w:i/>
          <w:color w:val="333333"/>
          <w:lang w:val="pl-PL"/>
        </w:rPr>
        <w:t>Informacja zgodna z art. 13 RODO – dla osoby składającej biznesplan oraz osób, których dane MARR S.A. pozyskuje bezpośrednio.</w:t>
      </w:r>
    </w:p>
    <w:p w14:paraId="4962D839" w14:textId="77777777" w:rsidR="00313787" w:rsidRPr="00B57F18" w:rsidRDefault="00000000">
      <w:pPr>
        <w:keepNext/>
        <w:spacing w:before="100" w:after="40"/>
        <w:rPr>
          <w:rFonts w:asciiTheme="majorHAnsi" w:hAnsiTheme="majorHAnsi" w:cstheme="majorHAnsi"/>
          <w:lang w:val="pl-PL"/>
        </w:rPr>
      </w:pPr>
      <w:r w:rsidRPr="00B57F18">
        <w:rPr>
          <w:rFonts w:asciiTheme="majorHAnsi" w:eastAsia="Arial" w:hAnsiTheme="majorHAnsi" w:cstheme="majorHAnsi"/>
          <w:b/>
          <w:color w:val="55585A"/>
          <w:sz w:val="20"/>
          <w:lang w:val="pl-PL"/>
        </w:rPr>
        <w:t>1. Administrator danych</w:t>
      </w:r>
    </w:p>
    <w:p w14:paraId="700DE8E8" w14:textId="77777777" w:rsidR="00313787" w:rsidRPr="00B57F18" w:rsidRDefault="00000000">
      <w:pPr>
        <w:spacing w:after="80" w:line="250" w:lineRule="auto"/>
        <w:rPr>
          <w:rFonts w:asciiTheme="majorHAnsi" w:hAnsiTheme="majorHAnsi" w:cstheme="majorHAnsi"/>
          <w:lang w:val="pl-PL"/>
        </w:rPr>
      </w:pPr>
      <w:r w:rsidRPr="00B57F18">
        <w:rPr>
          <w:rFonts w:asciiTheme="majorHAnsi" w:eastAsia="Arial" w:hAnsiTheme="majorHAnsi" w:cstheme="majorHAnsi"/>
          <w:color w:val="333333"/>
          <w:sz w:val="18"/>
          <w:lang w:val="pl-PL"/>
        </w:rPr>
        <w:t>Administratorem Pani/Pana danych osobowych jest Małopolska Agencja Rozwoju Regionalnego S.A. z siedzibą w Krakowie, ul. Kordylewskiego 11, 31-542 Kraków (dalej: „MARR S.A.”).</w:t>
      </w:r>
    </w:p>
    <w:p w14:paraId="60AD0331" w14:textId="77777777" w:rsidR="00313787" w:rsidRPr="00B57F18" w:rsidRDefault="00000000">
      <w:pPr>
        <w:keepNext/>
        <w:spacing w:before="100" w:after="40"/>
        <w:rPr>
          <w:rFonts w:asciiTheme="majorHAnsi" w:hAnsiTheme="majorHAnsi" w:cstheme="majorHAnsi"/>
          <w:lang w:val="pl-PL"/>
        </w:rPr>
      </w:pPr>
      <w:r w:rsidRPr="00B57F18">
        <w:rPr>
          <w:rFonts w:asciiTheme="majorHAnsi" w:eastAsia="Arial" w:hAnsiTheme="majorHAnsi" w:cstheme="majorHAnsi"/>
          <w:b/>
          <w:color w:val="55585A"/>
          <w:sz w:val="20"/>
          <w:lang w:val="pl-PL"/>
        </w:rPr>
        <w:t>2. Inspektor Ochrony Danych</w:t>
      </w:r>
    </w:p>
    <w:p w14:paraId="686052D4" w14:textId="77777777" w:rsidR="00313787" w:rsidRPr="00B57F18" w:rsidRDefault="00000000">
      <w:pPr>
        <w:spacing w:after="80" w:line="250" w:lineRule="auto"/>
        <w:rPr>
          <w:rFonts w:asciiTheme="majorHAnsi" w:hAnsiTheme="majorHAnsi" w:cstheme="majorHAnsi"/>
          <w:lang w:val="pl-PL"/>
        </w:rPr>
      </w:pPr>
      <w:r w:rsidRPr="00B57F18">
        <w:rPr>
          <w:rFonts w:asciiTheme="majorHAnsi" w:eastAsia="Arial" w:hAnsiTheme="majorHAnsi" w:cstheme="majorHAnsi"/>
          <w:color w:val="333333"/>
          <w:sz w:val="18"/>
          <w:lang w:val="pl-PL"/>
        </w:rPr>
        <w:t>W sprawach dotyczących przetwarzania danych osobowych można kontaktować się z Inspektorem Ochrony Danych MARR S.A. pod adresem e-mail: iod@marr.pl lub listownie na adres siedziby MARR S.A.</w:t>
      </w:r>
    </w:p>
    <w:p w14:paraId="52567BA9" w14:textId="77777777" w:rsidR="00313787" w:rsidRPr="00B57F18" w:rsidRDefault="00000000">
      <w:pPr>
        <w:keepNext/>
        <w:spacing w:before="100" w:after="40"/>
        <w:rPr>
          <w:rFonts w:asciiTheme="majorHAnsi" w:hAnsiTheme="majorHAnsi" w:cstheme="majorHAnsi"/>
          <w:lang w:val="pl-PL"/>
        </w:rPr>
      </w:pPr>
      <w:r w:rsidRPr="00B57F18">
        <w:rPr>
          <w:rFonts w:asciiTheme="majorHAnsi" w:eastAsia="Arial" w:hAnsiTheme="majorHAnsi" w:cstheme="majorHAnsi"/>
          <w:b/>
          <w:color w:val="55585A"/>
          <w:sz w:val="20"/>
          <w:lang w:val="pl-PL"/>
        </w:rPr>
        <w:t>3. Cele i podstawy prawne przetwarzania</w:t>
      </w:r>
    </w:p>
    <w:p w14:paraId="5AD2EAC5" w14:textId="77777777" w:rsidR="00313787" w:rsidRPr="00B57F18" w:rsidRDefault="00000000">
      <w:pPr>
        <w:spacing w:after="80" w:line="250" w:lineRule="auto"/>
        <w:rPr>
          <w:rFonts w:asciiTheme="majorHAnsi" w:hAnsiTheme="majorHAnsi" w:cstheme="majorHAnsi"/>
          <w:lang w:val="pl-PL"/>
        </w:rPr>
      </w:pPr>
      <w:r w:rsidRPr="00B57F18">
        <w:rPr>
          <w:rFonts w:asciiTheme="majorHAnsi" w:eastAsia="Arial" w:hAnsiTheme="majorHAnsi" w:cstheme="majorHAnsi"/>
          <w:color w:val="333333"/>
          <w:sz w:val="18"/>
          <w:lang w:val="pl-PL"/>
        </w:rPr>
        <w:t>Dane osobowe będą przetwarzane w celu przyjęcia i analizy biznesplanu, oceny przedsięwzięcia, kontaktu w związku z procesem inwestycyjnym oraz – w razie podjęcia decyzji o kontynuowaniu procesu – prowadzenia negocjacji i przygotowania potencjalnej transakcji. W przypadku osoby fizycznej będącej potencjalną stroną umowy podstawą przetwarzania jest art. 6 ust. 1 lit. b RODO. Dane osób reprezentujących lub kontaktowych mogą być przetwarzane na podstawie art. 6 ust. 1 lit. f RODO – prawnie uzasadnionego interesu MARR S.A. polegającego na prowadzeniu analizy przedsięwzięcia i komunikacji w związku z potencjalną transakcją. Dane mogą być również przetwarzane na podstawie art. 6 ust. 1 lit. c RODO w celu realizacji obowiązków prawnych ciążących na MARR S.A. oraz art. 6 ust. 1 lit. f RODO w celu ustalenia, dochodzenia lub obrony roszczeń.</w:t>
      </w:r>
    </w:p>
    <w:p w14:paraId="68856261" w14:textId="77777777" w:rsidR="00313787" w:rsidRPr="00B57F18" w:rsidRDefault="00000000">
      <w:pPr>
        <w:keepNext/>
        <w:spacing w:before="100" w:after="40"/>
        <w:rPr>
          <w:rFonts w:asciiTheme="majorHAnsi" w:hAnsiTheme="majorHAnsi" w:cstheme="majorHAnsi"/>
          <w:lang w:val="pl-PL"/>
        </w:rPr>
      </w:pPr>
      <w:r w:rsidRPr="00B57F18">
        <w:rPr>
          <w:rFonts w:asciiTheme="majorHAnsi" w:eastAsia="Arial" w:hAnsiTheme="majorHAnsi" w:cstheme="majorHAnsi"/>
          <w:b/>
          <w:color w:val="55585A"/>
          <w:sz w:val="20"/>
          <w:lang w:val="pl-PL"/>
        </w:rPr>
        <w:t>4. Odbiorcy danych</w:t>
      </w:r>
    </w:p>
    <w:p w14:paraId="601C02C5" w14:textId="77777777" w:rsidR="00313787" w:rsidRPr="00B57F18" w:rsidRDefault="00000000">
      <w:pPr>
        <w:spacing w:after="80" w:line="250" w:lineRule="auto"/>
        <w:rPr>
          <w:rFonts w:asciiTheme="majorHAnsi" w:hAnsiTheme="majorHAnsi" w:cstheme="majorHAnsi"/>
          <w:lang w:val="pl-PL"/>
        </w:rPr>
      </w:pPr>
      <w:r w:rsidRPr="00B57F18">
        <w:rPr>
          <w:rFonts w:asciiTheme="majorHAnsi" w:eastAsia="Arial" w:hAnsiTheme="majorHAnsi" w:cstheme="majorHAnsi"/>
          <w:color w:val="333333"/>
          <w:sz w:val="18"/>
          <w:lang w:val="pl-PL"/>
        </w:rPr>
        <w:t>Dane mogą być udostępniane osobom upoważnionym w MARR S.A., podmiotom świadczącym na rzecz MARR S.A. usługi niezbędne do przeprowadzenia procesu, w szczególności usługi prawne, finansowe, doradcze i IT, a także podmiotom i organom uprawnionym do ich otrzymania na podstawie przepisów prawa.</w:t>
      </w:r>
    </w:p>
    <w:p w14:paraId="2DA3301C" w14:textId="77777777" w:rsidR="00313787" w:rsidRPr="00B57F18" w:rsidRDefault="00000000">
      <w:pPr>
        <w:keepNext/>
        <w:spacing w:before="100" w:after="40"/>
        <w:rPr>
          <w:rFonts w:asciiTheme="majorHAnsi" w:hAnsiTheme="majorHAnsi" w:cstheme="majorHAnsi"/>
          <w:lang w:val="pl-PL"/>
        </w:rPr>
      </w:pPr>
      <w:r w:rsidRPr="00B57F18">
        <w:rPr>
          <w:rFonts w:asciiTheme="majorHAnsi" w:eastAsia="Arial" w:hAnsiTheme="majorHAnsi" w:cstheme="majorHAnsi"/>
          <w:b/>
          <w:color w:val="55585A"/>
          <w:sz w:val="20"/>
          <w:lang w:val="pl-PL"/>
        </w:rPr>
        <w:t>5. Przekazywanie danych poza Europejski Obszar Gospodarczy</w:t>
      </w:r>
    </w:p>
    <w:p w14:paraId="68797544" w14:textId="77777777" w:rsidR="00313787" w:rsidRPr="00B57F18" w:rsidRDefault="00000000">
      <w:pPr>
        <w:spacing w:after="80" w:line="250" w:lineRule="auto"/>
        <w:rPr>
          <w:rFonts w:asciiTheme="majorHAnsi" w:hAnsiTheme="majorHAnsi" w:cstheme="majorHAnsi"/>
          <w:lang w:val="pl-PL"/>
        </w:rPr>
      </w:pPr>
      <w:r w:rsidRPr="00B57F18">
        <w:rPr>
          <w:rFonts w:asciiTheme="majorHAnsi" w:eastAsia="Arial" w:hAnsiTheme="majorHAnsi" w:cstheme="majorHAnsi"/>
          <w:color w:val="333333"/>
          <w:sz w:val="18"/>
          <w:lang w:val="pl-PL"/>
        </w:rPr>
        <w:t>MARR S.A. co do zasady nie przekazuje danych osobowych poza Europejski Obszar Gospodarczy w związku z przyjęciem i analizą biznesplanu. Jeżeli w konkretnym przypadku takie przekazanie miałoby nastąpić, będzie realizowane zgodnie z rozdziałem V RODO.</w:t>
      </w:r>
    </w:p>
    <w:p w14:paraId="16949C67" w14:textId="77777777" w:rsidR="00313787" w:rsidRPr="00B57F18" w:rsidRDefault="00000000">
      <w:pPr>
        <w:keepNext/>
        <w:spacing w:before="100" w:after="40"/>
        <w:rPr>
          <w:rFonts w:asciiTheme="majorHAnsi" w:hAnsiTheme="majorHAnsi" w:cstheme="majorHAnsi"/>
          <w:lang w:val="pl-PL"/>
        </w:rPr>
      </w:pPr>
      <w:r w:rsidRPr="00B57F18">
        <w:rPr>
          <w:rFonts w:asciiTheme="majorHAnsi" w:eastAsia="Arial" w:hAnsiTheme="majorHAnsi" w:cstheme="majorHAnsi"/>
          <w:b/>
          <w:color w:val="55585A"/>
          <w:sz w:val="20"/>
          <w:lang w:val="pl-PL"/>
        </w:rPr>
        <w:t>6. Okres przechowywania</w:t>
      </w:r>
    </w:p>
    <w:p w14:paraId="5E40E811" w14:textId="77777777" w:rsidR="00313787" w:rsidRPr="00B57F18" w:rsidRDefault="00000000">
      <w:pPr>
        <w:spacing w:after="80" w:line="250" w:lineRule="auto"/>
        <w:rPr>
          <w:rFonts w:asciiTheme="majorHAnsi" w:hAnsiTheme="majorHAnsi" w:cstheme="majorHAnsi"/>
          <w:lang w:val="pl-PL"/>
        </w:rPr>
      </w:pPr>
      <w:r w:rsidRPr="00B57F18">
        <w:rPr>
          <w:rFonts w:asciiTheme="majorHAnsi" w:eastAsia="Arial" w:hAnsiTheme="majorHAnsi" w:cstheme="majorHAnsi"/>
          <w:color w:val="333333"/>
          <w:sz w:val="18"/>
          <w:lang w:val="pl-PL"/>
        </w:rPr>
        <w:t>Dane będą przechowywane przez okres niezbędny do przeprowadzenia analizy i procesu dotyczącego potencjalnego wejścia kapitałowego, a w przypadku zawarcia umowy – przez okres jej realizacji oraz przez okres wymagany przepisami prawa i niezbędny do ustalenia, dochodzenia lub obrony roszczeń. Jeżeli do zawarcia umowy nie dojdzie, dane będą przechowywane przez okres uzasadniony dokumentowaniem przebiegu procesu, z uwzględnieniem obowiązujących w MARR S.A. zasad archiwizacji.</w:t>
      </w:r>
    </w:p>
    <w:p w14:paraId="7B13CD68" w14:textId="77777777" w:rsidR="00313787" w:rsidRPr="00B57F18" w:rsidRDefault="00000000">
      <w:pPr>
        <w:keepNext/>
        <w:spacing w:before="100" w:after="40"/>
        <w:rPr>
          <w:rFonts w:asciiTheme="majorHAnsi" w:hAnsiTheme="majorHAnsi" w:cstheme="majorHAnsi"/>
          <w:lang w:val="pl-PL"/>
        </w:rPr>
      </w:pPr>
      <w:r w:rsidRPr="00B57F18">
        <w:rPr>
          <w:rFonts w:asciiTheme="majorHAnsi" w:eastAsia="Arial" w:hAnsiTheme="majorHAnsi" w:cstheme="majorHAnsi"/>
          <w:b/>
          <w:color w:val="55585A"/>
          <w:sz w:val="20"/>
          <w:lang w:val="pl-PL"/>
        </w:rPr>
        <w:t>7. Prawa osoby, której dane dotyczą</w:t>
      </w:r>
    </w:p>
    <w:p w14:paraId="41BC0AF0" w14:textId="77777777" w:rsidR="00313787" w:rsidRPr="00B57F18" w:rsidRDefault="00000000">
      <w:pPr>
        <w:spacing w:after="80" w:line="250" w:lineRule="auto"/>
        <w:rPr>
          <w:rFonts w:asciiTheme="majorHAnsi" w:hAnsiTheme="majorHAnsi" w:cstheme="majorHAnsi"/>
          <w:lang w:val="pl-PL"/>
        </w:rPr>
      </w:pPr>
      <w:r w:rsidRPr="00B57F18">
        <w:rPr>
          <w:rFonts w:asciiTheme="majorHAnsi" w:eastAsia="Arial" w:hAnsiTheme="majorHAnsi" w:cstheme="majorHAnsi"/>
          <w:color w:val="333333"/>
          <w:sz w:val="18"/>
          <w:lang w:val="pl-PL"/>
        </w:rPr>
        <w:t>Na zasadach określonych w RODO przysługuje Pani/Panu prawo dostępu do danych, ich sprostowania, usunięcia, ograniczenia przetwarzania, przenoszenia danych – jeżeli ma zastosowanie – oraz wniesienia sprzeciwu wobec przetwarzania opartego na art. 6 ust. 1 lit. f RODO.</w:t>
      </w:r>
    </w:p>
    <w:p w14:paraId="65FC7246" w14:textId="77777777" w:rsidR="00313787" w:rsidRPr="00B57F18" w:rsidRDefault="00000000">
      <w:pPr>
        <w:keepNext/>
        <w:spacing w:before="100" w:after="40"/>
        <w:rPr>
          <w:rFonts w:asciiTheme="majorHAnsi" w:hAnsiTheme="majorHAnsi" w:cstheme="majorHAnsi"/>
          <w:lang w:val="pl-PL"/>
        </w:rPr>
      </w:pPr>
      <w:r w:rsidRPr="00B57F18">
        <w:rPr>
          <w:rFonts w:asciiTheme="majorHAnsi" w:eastAsia="Arial" w:hAnsiTheme="majorHAnsi" w:cstheme="majorHAnsi"/>
          <w:b/>
          <w:color w:val="55585A"/>
          <w:sz w:val="20"/>
          <w:lang w:val="pl-PL"/>
        </w:rPr>
        <w:t>8. Skarga do organu nadzorczego</w:t>
      </w:r>
    </w:p>
    <w:p w14:paraId="20B8E683" w14:textId="77777777" w:rsidR="00313787" w:rsidRPr="00B57F18" w:rsidRDefault="00000000">
      <w:pPr>
        <w:spacing w:after="80" w:line="250" w:lineRule="auto"/>
        <w:rPr>
          <w:rFonts w:asciiTheme="majorHAnsi" w:hAnsiTheme="majorHAnsi" w:cstheme="majorHAnsi"/>
          <w:lang w:val="pl-PL"/>
        </w:rPr>
      </w:pPr>
      <w:r w:rsidRPr="00B57F18">
        <w:rPr>
          <w:rFonts w:asciiTheme="majorHAnsi" w:eastAsia="Arial" w:hAnsiTheme="majorHAnsi" w:cstheme="majorHAnsi"/>
          <w:color w:val="333333"/>
          <w:sz w:val="18"/>
          <w:lang w:val="pl-PL"/>
        </w:rPr>
        <w:t>Przysługuje Pani/Panu prawo wniesienia skargi do Prezesa Urzędu Ochrony Danych Osobowych, jeżeli uzna Pani/Pan, że przetwarzanie danych narusza przepisy RODO.</w:t>
      </w:r>
    </w:p>
    <w:p w14:paraId="706FE576" w14:textId="77777777" w:rsidR="00313787" w:rsidRPr="00B57F18" w:rsidRDefault="00000000">
      <w:pPr>
        <w:keepNext/>
        <w:spacing w:before="100" w:after="40"/>
        <w:rPr>
          <w:rFonts w:asciiTheme="majorHAnsi" w:hAnsiTheme="majorHAnsi" w:cstheme="majorHAnsi"/>
          <w:lang w:val="pl-PL"/>
        </w:rPr>
      </w:pPr>
      <w:r w:rsidRPr="00B57F18">
        <w:rPr>
          <w:rFonts w:asciiTheme="majorHAnsi" w:eastAsia="Arial" w:hAnsiTheme="majorHAnsi" w:cstheme="majorHAnsi"/>
          <w:b/>
          <w:color w:val="55585A"/>
          <w:sz w:val="20"/>
          <w:lang w:val="pl-PL"/>
        </w:rPr>
        <w:t>9. Podanie danych</w:t>
      </w:r>
    </w:p>
    <w:p w14:paraId="0FC2D0B6" w14:textId="77777777" w:rsidR="00313787" w:rsidRPr="00B57F18" w:rsidRDefault="00000000">
      <w:pPr>
        <w:spacing w:after="80" w:line="250" w:lineRule="auto"/>
        <w:rPr>
          <w:rFonts w:asciiTheme="majorHAnsi" w:hAnsiTheme="majorHAnsi" w:cstheme="majorHAnsi"/>
          <w:lang w:val="pl-PL"/>
        </w:rPr>
      </w:pPr>
      <w:r w:rsidRPr="00B57F18">
        <w:rPr>
          <w:rFonts w:asciiTheme="majorHAnsi" w:eastAsia="Arial" w:hAnsiTheme="majorHAnsi" w:cstheme="majorHAnsi"/>
          <w:color w:val="333333"/>
          <w:sz w:val="18"/>
          <w:lang w:val="pl-PL"/>
        </w:rPr>
        <w:t>Podanie danych niezbędnych do identyfikacji osoby składającej biznesplan, kontaktu oraz oceny przedsięwzięcia jest dobrowolne, jednak bez podania niezbędnych danych MARR S.A. może nie mieć możliwości przyjęcia i przeanalizowania biznesplanu lub prowadzenia dalszego procesu.</w:t>
      </w:r>
    </w:p>
    <w:p w14:paraId="3FCD9EDF" w14:textId="77777777" w:rsidR="00313787" w:rsidRPr="00B57F18" w:rsidRDefault="00000000">
      <w:pPr>
        <w:keepNext/>
        <w:spacing w:before="100" w:after="40"/>
        <w:rPr>
          <w:rFonts w:asciiTheme="majorHAnsi" w:hAnsiTheme="majorHAnsi" w:cstheme="majorHAnsi"/>
          <w:lang w:val="pl-PL"/>
        </w:rPr>
      </w:pPr>
      <w:r w:rsidRPr="00B57F18">
        <w:rPr>
          <w:rFonts w:asciiTheme="majorHAnsi" w:eastAsia="Arial" w:hAnsiTheme="majorHAnsi" w:cstheme="majorHAnsi"/>
          <w:b/>
          <w:color w:val="55585A"/>
          <w:sz w:val="20"/>
          <w:lang w:val="pl-PL"/>
        </w:rPr>
        <w:t>10. Zautomatyzowane podejmowanie decyzji</w:t>
      </w:r>
    </w:p>
    <w:p w14:paraId="4E54B929" w14:textId="77777777" w:rsidR="00313787" w:rsidRPr="00B57F18" w:rsidRDefault="00000000">
      <w:pPr>
        <w:spacing w:after="80" w:line="250" w:lineRule="auto"/>
        <w:rPr>
          <w:rFonts w:asciiTheme="majorHAnsi" w:hAnsiTheme="majorHAnsi" w:cstheme="majorHAnsi"/>
          <w:lang w:val="pl-PL"/>
        </w:rPr>
      </w:pPr>
      <w:r w:rsidRPr="00B57F18">
        <w:rPr>
          <w:rFonts w:asciiTheme="majorHAnsi" w:eastAsia="Arial" w:hAnsiTheme="majorHAnsi" w:cstheme="majorHAnsi"/>
          <w:color w:val="333333"/>
          <w:sz w:val="18"/>
          <w:lang w:val="pl-PL"/>
        </w:rPr>
        <w:t>Dane osobowe nie będą wykorzystywane przez MARR S.A. do podejmowania wobec Pani/Pana decyzji opartych wyłącznie na zautomatyzowanym przetwarzaniu, w tym profilowaniu.</w:t>
      </w:r>
    </w:p>
    <w:p w14:paraId="2350462B" w14:textId="77777777" w:rsidR="00313787" w:rsidRPr="00B57F18" w:rsidRDefault="00000000">
      <w:pPr>
        <w:keepNext/>
        <w:spacing w:before="100" w:after="40"/>
        <w:rPr>
          <w:rFonts w:asciiTheme="majorHAnsi" w:hAnsiTheme="majorHAnsi" w:cstheme="majorHAnsi"/>
          <w:lang w:val="pl-PL"/>
        </w:rPr>
      </w:pPr>
      <w:r w:rsidRPr="00B57F18">
        <w:rPr>
          <w:rFonts w:asciiTheme="majorHAnsi" w:eastAsia="Arial" w:hAnsiTheme="majorHAnsi" w:cstheme="majorHAnsi"/>
          <w:b/>
          <w:color w:val="55585A"/>
          <w:sz w:val="20"/>
          <w:lang w:val="pl-PL"/>
        </w:rPr>
        <w:t>11. Dane innych osób</w:t>
      </w:r>
    </w:p>
    <w:p w14:paraId="59A0A527" w14:textId="77777777" w:rsidR="00313787" w:rsidRPr="00B57F18" w:rsidRDefault="00000000">
      <w:pPr>
        <w:spacing w:after="80" w:line="250" w:lineRule="auto"/>
        <w:rPr>
          <w:rFonts w:asciiTheme="majorHAnsi" w:hAnsiTheme="majorHAnsi" w:cstheme="majorHAnsi"/>
          <w:lang w:val="pl-PL"/>
        </w:rPr>
      </w:pPr>
      <w:r w:rsidRPr="00B57F18">
        <w:rPr>
          <w:rFonts w:asciiTheme="majorHAnsi" w:eastAsia="Arial" w:hAnsiTheme="majorHAnsi" w:cstheme="majorHAnsi"/>
          <w:color w:val="333333"/>
          <w:sz w:val="18"/>
          <w:lang w:val="pl-PL"/>
        </w:rPr>
        <w:t>Jeżeli biznesplan zawiera dane osób innych niż osoba składająca dokument, należy ograniczyć je do zakresu rzeczywiście potrzebnego do oceny przedsięwzięcia. Osoba przekazująca takie dane powinna być uprawniona do ich przekazania. MARR S.A. realizuje wobec osób, których dane pozyskał pośrednio, obowiązek informacyjny na zasadach wynikających z art. 14 RODO, o ile ma on zastosowanie.</w:t>
      </w:r>
    </w:p>
    <w:sectPr w:rsidR="00313787" w:rsidRPr="00B57F18" w:rsidSect="00034616">
      <w:footerReference w:type="default" r:id="rId9"/>
      <w:pgSz w:w="11906" w:h="16838"/>
      <w:pgMar w:top="850" w:right="964" w:bottom="850" w:left="96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AF8DE" w14:textId="77777777" w:rsidR="001E0C7A" w:rsidRDefault="001E0C7A">
      <w:pPr>
        <w:spacing w:after="0" w:line="240" w:lineRule="auto"/>
      </w:pPr>
      <w:r>
        <w:separator/>
      </w:r>
    </w:p>
  </w:endnote>
  <w:endnote w:type="continuationSeparator" w:id="0">
    <w:p w14:paraId="6A6CB8FE" w14:textId="77777777" w:rsidR="001E0C7A" w:rsidRDefault="001E0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C4874" w14:textId="77777777" w:rsidR="00313787" w:rsidRPr="00B57F18" w:rsidRDefault="00000000">
    <w:pPr>
      <w:pStyle w:val="Stopka"/>
      <w:jc w:val="center"/>
      <w:rPr>
        <w:lang w:val="pl-PL"/>
      </w:rPr>
    </w:pPr>
    <w:r w:rsidRPr="00B57F18">
      <w:rPr>
        <w:rFonts w:eastAsia="Arial"/>
        <w:color w:val="777777"/>
        <w:sz w:val="16"/>
        <w:lang w:val="pl-PL"/>
      </w:rPr>
      <w:t>MARR S.A. | Biznesplan – wzór uproszczony dla projektodawcy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91345" w14:textId="77777777" w:rsidR="001E0C7A" w:rsidRDefault="001E0C7A">
      <w:pPr>
        <w:spacing w:after="0" w:line="240" w:lineRule="auto"/>
      </w:pPr>
      <w:r>
        <w:separator/>
      </w:r>
    </w:p>
  </w:footnote>
  <w:footnote w:type="continuationSeparator" w:id="0">
    <w:p w14:paraId="0EACAEAF" w14:textId="77777777" w:rsidR="001E0C7A" w:rsidRDefault="001E0C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245796729">
    <w:abstractNumId w:val="8"/>
  </w:num>
  <w:num w:numId="2" w16cid:durableId="2144273617">
    <w:abstractNumId w:val="6"/>
  </w:num>
  <w:num w:numId="3" w16cid:durableId="1228883759">
    <w:abstractNumId w:val="5"/>
  </w:num>
  <w:num w:numId="4" w16cid:durableId="1879706071">
    <w:abstractNumId w:val="4"/>
  </w:num>
  <w:num w:numId="5" w16cid:durableId="1644237117">
    <w:abstractNumId w:val="7"/>
  </w:num>
  <w:num w:numId="6" w16cid:durableId="1460686262">
    <w:abstractNumId w:val="3"/>
  </w:num>
  <w:num w:numId="7" w16cid:durableId="257374774">
    <w:abstractNumId w:val="2"/>
  </w:num>
  <w:num w:numId="8" w16cid:durableId="1420952697">
    <w:abstractNumId w:val="1"/>
  </w:num>
  <w:num w:numId="9" w16cid:durableId="1159736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1E8D"/>
    <w:rsid w:val="0015074B"/>
    <w:rsid w:val="001E0C7A"/>
    <w:rsid w:val="0029639D"/>
    <w:rsid w:val="00313787"/>
    <w:rsid w:val="00326F90"/>
    <w:rsid w:val="0039088D"/>
    <w:rsid w:val="00AA1D8D"/>
    <w:rsid w:val="00B47730"/>
    <w:rsid w:val="00B57F1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F9086C"/>
  <w14:defaultImageDpi w14:val="300"/>
  <w15:docId w15:val="{9CAF368E-23B5-454C-85B0-6D9343024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rPr>
      <w:sz w:val="20"/>
    </w:r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rPr>
      <w:sz w:val="20"/>
    </w:r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14</Pages>
  <Words>2380</Words>
  <Characters>14283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Piwowarska-Solarz, Lilianna</cp:lastModifiedBy>
  <cp:revision>3</cp:revision>
  <dcterms:created xsi:type="dcterms:W3CDTF">2026-09-08T09:11:00Z</dcterms:created>
  <dcterms:modified xsi:type="dcterms:W3CDTF">2026-09-08T10:10:00Z</dcterms:modified>
  <cp:category/>
</cp:coreProperties>
</file>